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D08E" w14:textId="77777777" w:rsidR="00983653" w:rsidRDefault="004172C7">
      <w:pPr>
        <w:pStyle w:val="aa"/>
        <w:jc w:val="center"/>
        <w:rPr>
          <w:lang w:eastAsia="ja-JP"/>
        </w:rPr>
      </w:pPr>
      <w:r>
        <w:rPr>
          <w:lang w:eastAsia="ja-JP"/>
        </w:rPr>
        <w:t>自費解体・撤去の費用償還申請に必要な書類</w:t>
      </w:r>
    </w:p>
    <w:p w14:paraId="261CBB18" w14:textId="4A40873C" w:rsidR="00983653" w:rsidRDefault="004172C7">
      <w:pPr>
        <w:jc w:val="center"/>
        <w:rPr>
          <w:lang w:eastAsia="ja-JP"/>
        </w:rPr>
      </w:pPr>
      <w:r>
        <w:rPr>
          <w:b/>
          <w:sz w:val="21"/>
          <w:lang w:eastAsia="ja-JP"/>
        </w:rPr>
        <w:t>令和8年熊本地震で被災した住家を、自己負担で解体・撤去</w:t>
      </w:r>
      <w:r w:rsidR="00011F49">
        <w:rPr>
          <w:rFonts w:hint="eastAsia"/>
          <w:b/>
          <w:sz w:val="21"/>
          <w:lang w:eastAsia="ja-JP"/>
        </w:rPr>
        <w:t>した方</w:t>
      </w:r>
      <w:r>
        <w:rPr>
          <w:b/>
          <w:sz w:val="21"/>
          <w:lang w:eastAsia="ja-JP"/>
        </w:rPr>
        <w:t>へ</w:t>
      </w:r>
    </w:p>
    <w:tbl>
      <w:tblPr>
        <w:tblW w:w="0" w:type="auto"/>
        <w:jc w:val="center"/>
        <w:tblBorders>
          <w:top w:val="single" w:sz="5" w:space="0" w:color="D6B656"/>
          <w:left w:val="single" w:sz="5" w:space="0" w:color="D6B656"/>
          <w:bottom w:val="single" w:sz="5" w:space="0" w:color="D6B656"/>
          <w:right w:val="single" w:sz="5" w:space="0" w:color="D6B656"/>
          <w:insideH w:val="single" w:sz="5" w:space="0" w:color="D6B656"/>
          <w:insideV w:val="single" w:sz="5" w:space="0" w:color="D6B656"/>
        </w:tblBorders>
        <w:tblLayout w:type="fixed"/>
        <w:tblLook w:val="04A0" w:firstRow="1" w:lastRow="0" w:firstColumn="1" w:lastColumn="0" w:noHBand="0" w:noVBand="1"/>
      </w:tblPr>
      <w:tblGrid>
        <w:gridCol w:w="10091"/>
      </w:tblGrid>
      <w:tr w:rsidR="00983653" w14:paraId="01A544E4" w14:textId="77777777">
        <w:trPr>
          <w:jc w:val="center"/>
        </w:trPr>
        <w:tc>
          <w:tcPr>
            <w:tcW w:w="10091" w:type="dxa"/>
            <w:shd w:val="clear" w:color="auto" w:fill="FFF2CC"/>
            <w:tcMar>
              <w:top w:w="100" w:type="dxa"/>
              <w:left w:w="130" w:type="dxa"/>
              <w:bottom w:w="100" w:type="dxa"/>
              <w:right w:w="130" w:type="dxa"/>
            </w:tcMar>
          </w:tcPr>
          <w:p w14:paraId="37424396" w14:textId="77777777" w:rsidR="00983653" w:rsidRDefault="004172C7">
            <w:pPr>
              <w:spacing w:after="0" w:line="245" w:lineRule="auto"/>
              <w:rPr>
                <w:lang w:eastAsia="ja-JP"/>
              </w:rPr>
            </w:pPr>
            <w:r>
              <w:rPr>
                <w:b/>
                <w:color w:val="7F6000"/>
                <w:lang w:eastAsia="ja-JP"/>
              </w:rPr>
              <w:t>申請前に必ずご確認ください</w:t>
            </w:r>
          </w:p>
          <w:p w14:paraId="0427B05B" w14:textId="77777777" w:rsidR="00983653" w:rsidRDefault="004172C7">
            <w:pPr>
              <w:spacing w:after="0" w:line="245" w:lineRule="auto"/>
              <w:rPr>
                <w:lang w:eastAsia="ja-JP"/>
              </w:rPr>
            </w:pPr>
            <w:r>
              <w:rPr>
                <w:lang w:eastAsia="ja-JP"/>
              </w:rPr>
              <w:t>自費解体・撤去の費用償還は、所有者等が自己負担で解体・撤去を行った後、市へ申請し、審査を受ける制度です。支払額の全額が償還されるとは限りません。償還額は、償還対象と認められた費用と市の基準により積算した金額を比較し、いずれか少ない額となります。</w:t>
            </w:r>
          </w:p>
        </w:tc>
      </w:tr>
    </w:tbl>
    <w:p w14:paraId="3C508A49" w14:textId="77777777" w:rsidR="00983653" w:rsidRDefault="004172C7">
      <w:pPr>
        <w:pStyle w:val="1"/>
      </w:pPr>
      <w:proofErr w:type="spellStart"/>
      <w:r>
        <w:t>償還の主な対象</w:t>
      </w:r>
      <w:proofErr w:type="spellEnd"/>
    </w:p>
    <w:p w14:paraId="78D5F9D8" w14:textId="77777777" w:rsidR="00983653" w:rsidRPr="001A4993" w:rsidRDefault="004172C7">
      <w:pPr>
        <w:pStyle w:val="a0"/>
        <w:ind w:left="283" w:hanging="113"/>
        <w:rPr>
          <w:sz w:val="18"/>
          <w:szCs w:val="21"/>
          <w:lang w:eastAsia="ja-JP"/>
        </w:rPr>
      </w:pPr>
      <w:r w:rsidRPr="001A4993">
        <w:rPr>
          <w:sz w:val="18"/>
          <w:szCs w:val="21"/>
          <w:lang w:eastAsia="ja-JP"/>
        </w:rPr>
        <w:t>令和8年7月28日以後に、所有者等と解体業者等が契約した解体・撤去</w:t>
      </w:r>
    </w:p>
    <w:p w14:paraId="43DECB47" w14:textId="77777777" w:rsidR="00983653" w:rsidRPr="001A4993" w:rsidRDefault="004172C7">
      <w:pPr>
        <w:pStyle w:val="a0"/>
        <w:ind w:left="283" w:hanging="113"/>
        <w:rPr>
          <w:sz w:val="18"/>
          <w:szCs w:val="21"/>
          <w:lang w:eastAsia="ja-JP"/>
        </w:rPr>
      </w:pPr>
      <w:r w:rsidRPr="001A4993">
        <w:rPr>
          <w:sz w:val="18"/>
          <w:szCs w:val="21"/>
          <w:lang w:eastAsia="ja-JP"/>
        </w:rPr>
        <w:t>罹災証明書または被災証明書で、原則として「全壊」「大規模半壊」「中規模半壊」「半壊」と認定された損壊家屋等</w:t>
      </w:r>
    </w:p>
    <w:p w14:paraId="55294DB7" w14:textId="77777777" w:rsidR="00983653" w:rsidRPr="001A4993" w:rsidRDefault="004172C7">
      <w:pPr>
        <w:pStyle w:val="a0"/>
        <w:ind w:left="283" w:hanging="113"/>
        <w:rPr>
          <w:sz w:val="18"/>
          <w:szCs w:val="21"/>
          <w:lang w:eastAsia="ja-JP"/>
        </w:rPr>
      </w:pPr>
      <w:r w:rsidRPr="001A4993">
        <w:rPr>
          <w:sz w:val="18"/>
          <w:szCs w:val="21"/>
          <w:lang w:eastAsia="ja-JP"/>
        </w:rPr>
        <w:t>損壊家屋等の全部を解体し、廃材等の撤去・運搬・処分まで行ったもの</w:t>
      </w:r>
    </w:p>
    <w:p w14:paraId="2C97470A" w14:textId="77777777" w:rsidR="00983653" w:rsidRPr="001A4993" w:rsidRDefault="004172C7">
      <w:pPr>
        <w:pStyle w:val="a0"/>
        <w:ind w:left="283" w:hanging="113"/>
        <w:rPr>
          <w:sz w:val="18"/>
          <w:szCs w:val="21"/>
          <w:lang w:eastAsia="ja-JP"/>
        </w:rPr>
      </w:pPr>
      <w:r w:rsidRPr="001A4993">
        <w:rPr>
          <w:sz w:val="18"/>
          <w:szCs w:val="21"/>
          <w:lang w:eastAsia="ja-JP"/>
        </w:rPr>
        <w:t>損壊家屋等と一体的に撤去した工作物、がれき等や、被災民有地に流入・漂着した災害廃棄物等のうち、市が必要と認めるもの</w:t>
      </w:r>
    </w:p>
    <w:tbl>
      <w:tblPr>
        <w:tblW w:w="0" w:type="auto"/>
        <w:jc w:val="center"/>
        <w:tblBorders>
          <w:top w:val="single" w:sz="5" w:space="0" w:color="C65911"/>
          <w:left w:val="single" w:sz="5" w:space="0" w:color="C65911"/>
          <w:bottom w:val="single" w:sz="5" w:space="0" w:color="C65911"/>
          <w:right w:val="single" w:sz="5" w:space="0" w:color="C65911"/>
          <w:insideH w:val="single" w:sz="5" w:space="0" w:color="C65911"/>
          <w:insideV w:val="single" w:sz="5" w:space="0" w:color="C65911"/>
        </w:tblBorders>
        <w:tblLayout w:type="fixed"/>
        <w:tblLook w:val="04A0" w:firstRow="1" w:lastRow="0" w:firstColumn="1" w:lastColumn="0" w:noHBand="0" w:noVBand="1"/>
      </w:tblPr>
      <w:tblGrid>
        <w:gridCol w:w="10091"/>
      </w:tblGrid>
      <w:tr w:rsidR="00983653" w14:paraId="3AE3CD16" w14:textId="77777777">
        <w:trPr>
          <w:jc w:val="center"/>
        </w:trPr>
        <w:tc>
          <w:tcPr>
            <w:tcW w:w="10091" w:type="dxa"/>
            <w:shd w:val="clear" w:color="auto" w:fill="FCE4D6"/>
            <w:tcMar>
              <w:top w:w="100" w:type="dxa"/>
              <w:left w:w="130" w:type="dxa"/>
              <w:bottom w:w="100" w:type="dxa"/>
              <w:right w:w="130" w:type="dxa"/>
            </w:tcMar>
          </w:tcPr>
          <w:p w14:paraId="428D1124" w14:textId="77777777" w:rsidR="00983653" w:rsidRDefault="004172C7">
            <w:pPr>
              <w:spacing w:after="40"/>
              <w:rPr>
                <w:lang w:eastAsia="ja-JP"/>
              </w:rPr>
            </w:pPr>
            <w:r>
              <w:rPr>
                <w:b/>
                <w:color w:val="9C0006"/>
                <w:sz w:val="21"/>
                <w:lang w:eastAsia="ja-JP"/>
              </w:rPr>
              <w:t>対象外となる例</w:t>
            </w:r>
          </w:p>
          <w:p w14:paraId="38D768FF" w14:textId="77777777" w:rsidR="00983653" w:rsidRDefault="004172C7">
            <w:pPr>
              <w:spacing w:after="0" w:line="259" w:lineRule="auto"/>
              <w:rPr>
                <w:lang w:eastAsia="ja-JP"/>
              </w:rPr>
            </w:pPr>
            <w:r>
              <w:rPr>
                <w:lang w:eastAsia="ja-JP"/>
              </w:rPr>
              <w:t>建物を改修するための部分的な解体や、損壊家屋等の一部だけを解体・撤去した場合は、費用償還の対象になりません。</w:t>
            </w:r>
          </w:p>
        </w:tc>
      </w:tr>
    </w:tbl>
    <w:p w14:paraId="503FA5A6" w14:textId="77777777" w:rsidR="00983653" w:rsidRDefault="004172C7">
      <w:pPr>
        <w:pStyle w:val="1"/>
        <w:rPr>
          <w:lang w:eastAsia="ja-JP"/>
        </w:rPr>
      </w:pPr>
      <w:r>
        <w:rPr>
          <w:lang w:eastAsia="ja-JP"/>
        </w:rPr>
        <w:t>すべての申請者に必要な書類</w:t>
      </w:r>
    </w:p>
    <w:tbl>
      <w:tblPr>
        <w:tblW w:w="10089"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firstRow="1" w:lastRow="0" w:firstColumn="1" w:lastColumn="0" w:noHBand="0" w:noVBand="1"/>
      </w:tblPr>
      <w:tblGrid>
        <w:gridCol w:w="566"/>
        <w:gridCol w:w="3004"/>
        <w:gridCol w:w="1360"/>
        <w:gridCol w:w="5159"/>
      </w:tblGrid>
      <w:tr w:rsidR="00983653" w14:paraId="270634AF" w14:textId="77777777" w:rsidTr="009712DC">
        <w:trPr>
          <w:cantSplit/>
          <w:tblHeader/>
          <w:jc w:val="center"/>
        </w:trPr>
        <w:tc>
          <w:tcPr>
            <w:tcW w:w="566" w:type="dxa"/>
            <w:shd w:val="clear" w:color="auto" w:fill="D9EAF7"/>
            <w:tcMar>
              <w:top w:w="80" w:type="dxa"/>
              <w:left w:w="90" w:type="dxa"/>
              <w:bottom w:w="80" w:type="dxa"/>
              <w:right w:w="90" w:type="dxa"/>
            </w:tcMar>
            <w:vAlign w:val="center"/>
          </w:tcPr>
          <w:p w14:paraId="34C2B748" w14:textId="77777777" w:rsidR="00983653" w:rsidRDefault="004172C7">
            <w:pPr>
              <w:spacing w:after="0" w:line="252" w:lineRule="auto"/>
              <w:jc w:val="center"/>
            </w:pPr>
            <w:proofErr w:type="spellStart"/>
            <w:r>
              <w:rPr>
                <w:b/>
                <w:sz w:val="18"/>
              </w:rPr>
              <w:t>確認</w:t>
            </w:r>
            <w:proofErr w:type="spellEnd"/>
          </w:p>
        </w:tc>
        <w:tc>
          <w:tcPr>
            <w:tcW w:w="3004" w:type="dxa"/>
            <w:shd w:val="clear" w:color="auto" w:fill="D9EAF7"/>
            <w:tcMar>
              <w:top w:w="80" w:type="dxa"/>
              <w:left w:w="90" w:type="dxa"/>
              <w:bottom w:w="80" w:type="dxa"/>
              <w:right w:w="90" w:type="dxa"/>
            </w:tcMar>
            <w:vAlign w:val="center"/>
          </w:tcPr>
          <w:p w14:paraId="2CFE272A" w14:textId="77777777" w:rsidR="00983653" w:rsidRDefault="004172C7">
            <w:pPr>
              <w:spacing w:after="0" w:line="252" w:lineRule="auto"/>
              <w:jc w:val="center"/>
            </w:pPr>
            <w:proofErr w:type="spellStart"/>
            <w:r>
              <w:rPr>
                <w:b/>
                <w:sz w:val="18"/>
              </w:rPr>
              <w:t>提出書類</w:t>
            </w:r>
            <w:proofErr w:type="spellEnd"/>
          </w:p>
        </w:tc>
        <w:tc>
          <w:tcPr>
            <w:tcW w:w="1360" w:type="dxa"/>
            <w:shd w:val="clear" w:color="auto" w:fill="D9EAF7"/>
            <w:tcMar>
              <w:top w:w="80" w:type="dxa"/>
              <w:left w:w="90" w:type="dxa"/>
              <w:bottom w:w="80" w:type="dxa"/>
              <w:right w:w="90" w:type="dxa"/>
            </w:tcMar>
            <w:vAlign w:val="center"/>
          </w:tcPr>
          <w:p w14:paraId="2D314037" w14:textId="77777777" w:rsidR="00983653" w:rsidRDefault="004172C7">
            <w:pPr>
              <w:spacing w:after="0" w:line="252" w:lineRule="auto"/>
              <w:jc w:val="center"/>
            </w:pPr>
            <w:proofErr w:type="spellStart"/>
            <w:r>
              <w:rPr>
                <w:b/>
                <w:sz w:val="18"/>
              </w:rPr>
              <w:t>提出方法</w:t>
            </w:r>
            <w:proofErr w:type="spellEnd"/>
          </w:p>
        </w:tc>
        <w:tc>
          <w:tcPr>
            <w:tcW w:w="5159" w:type="dxa"/>
            <w:shd w:val="clear" w:color="auto" w:fill="D9EAF7"/>
            <w:tcMar>
              <w:top w:w="80" w:type="dxa"/>
              <w:left w:w="90" w:type="dxa"/>
              <w:bottom w:w="80" w:type="dxa"/>
              <w:right w:w="90" w:type="dxa"/>
            </w:tcMar>
            <w:vAlign w:val="center"/>
          </w:tcPr>
          <w:p w14:paraId="55793C2C" w14:textId="77777777" w:rsidR="00983653" w:rsidRDefault="004172C7">
            <w:pPr>
              <w:spacing w:after="0" w:line="252" w:lineRule="auto"/>
              <w:jc w:val="center"/>
            </w:pPr>
            <w:proofErr w:type="spellStart"/>
            <w:r>
              <w:rPr>
                <w:b/>
                <w:sz w:val="18"/>
              </w:rPr>
              <w:t>確認ポイント</w:t>
            </w:r>
            <w:proofErr w:type="spellEnd"/>
          </w:p>
        </w:tc>
      </w:tr>
      <w:tr w:rsidR="00983653" w14:paraId="2B3842C3" w14:textId="77777777" w:rsidTr="009712DC">
        <w:trPr>
          <w:cantSplit/>
          <w:jc w:val="center"/>
        </w:trPr>
        <w:tc>
          <w:tcPr>
            <w:tcW w:w="566" w:type="dxa"/>
            <w:tcMar>
              <w:top w:w="80" w:type="dxa"/>
              <w:left w:w="90" w:type="dxa"/>
              <w:bottom w:w="80" w:type="dxa"/>
              <w:right w:w="90" w:type="dxa"/>
            </w:tcMar>
            <w:vAlign w:val="center"/>
          </w:tcPr>
          <w:p w14:paraId="341FE91A"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473E67E1" w14:textId="77777777" w:rsidR="00983653" w:rsidRDefault="004172C7">
            <w:pPr>
              <w:spacing w:after="0" w:line="245" w:lineRule="auto"/>
              <w:rPr>
                <w:lang w:eastAsia="ja-JP"/>
              </w:rPr>
            </w:pPr>
            <w:r>
              <w:rPr>
                <w:b/>
                <w:sz w:val="17"/>
                <w:lang w:eastAsia="ja-JP"/>
              </w:rPr>
              <w:t>自費解体・撤去に伴う償還申請書【様式第1号】</w:t>
            </w:r>
          </w:p>
        </w:tc>
        <w:tc>
          <w:tcPr>
            <w:tcW w:w="1360" w:type="dxa"/>
            <w:tcMar>
              <w:top w:w="80" w:type="dxa"/>
              <w:left w:w="90" w:type="dxa"/>
              <w:bottom w:w="80" w:type="dxa"/>
              <w:right w:w="90" w:type="dxa"/>
            </w:tcMar>
            <w:vAlign w:val="center"/>
          </w:tcPr>
          <w:p w14:paraId="40240FFC" w14:textId="77777777" w:rsidR="00983653" w:rsidRDefault="004172C7">
            <w:pPr>
              <w:spacing w:after="0" w:line="245" w:lineRule="auto"/>
            </w:pPr>
            <w:proofErr w:type="spellStart"/>
            <w:r>
              <w:rPr>
                <w:sz w:val="17"/>
              </w:rPr>
              <w:t>原本提出</w:t>
            </w:r>
            <w:proofErr w:type="spellEnd"/>
          </w:p>
        </w:tc>
        <w:tc>
          <w:tcPr>
            <w:tcW w:w="5159" w:type="dxa"/>
            <w:tcMar>
              <w:top w:w="80" w:type="dxa"/>
              <w:left w:w="90" w:type="dxa"/>
              <w:bottom w:w="80" w:type="dxa"/>
              <w:right w:w="90" w:type="dxa"/>
            </w:tcMar>
            <w:vAlign w:val="center"/>
          </w:tcPr>
          <w:p w14:paraId="428609F1" w14:textId="7C5EA60B" w:rsidR="00983653" w:rsidRDefault="004172C7">
            <w:pPr>
              <w:spacing w:after="0" w:line="245" w:lineRule="auto"/>
              <w:rPr>
                <w:lang w:eastAsia="ja-JP"/>
              </w:rPr>
            </w:pPr>
            <w:r>
              <w:rPr>
                <w:sz w:val="17"/>
                <w:lang w:eastAsia="ja-JP"/>
              </w:rPr>
              <w:t>必要事項を記入し、同意事項を確認したうえで申請者が</w:t>
            </w:r>
            <w:r w:rsidR="00011F49">
              <w:rPr>
                <w:rFonts w:hint="eastAsia"/>
                <w:sz w:val="17"/>
                <w:lang w:eastAsia="ja-JP"/>
              </w:rPr>
              <w:t>自</w:t>
            </w:r>
            <w:r w:rsidR="00D567DC">
              <w:rPr>
                <w:rFonts w:hint="eastAsia"/>
                <w:sz w:val="17"/>
                <w:lang w:eastAsia="ja-JP"/>
              </w:rPr>
              <w:t>署</w:t>
            </w:r>
            <w:r>
              <w:rPr>
                <w:sz w:val="17"/>
                <w:lang w:eastAsia="ja-JP"/>
              </w:rPr>
              <w:t>してください。</w:t>
            </w:r>
          </w:p>
        </w:tc>
      </w:tr>
      <w:tr w:rsidR="00983653" w14:paraId="26B184A2" w14:textId="77777777" w:rsidTr="009712DC">
        <w:trPr>
          <w:cantSplit/>
          <w:jc w:val="center"/>
        </w:trPr>
        <w:tc>
          <w:tcPr>
            <w:tcW w:w="566" w:type="dxa"/>
            <w:tcMar>
              <w:top w:w="80" w:type="dxa"/>
              <w:left w:w="90" w:type="dxa"/>
              <w:bottom w:w="80" w:type="dxa"/>
              <w:right w:w="90" w:type="dxa"/>
            </w:tcMar>
            <w:vAlign w:val="center"/>
          </w:tcPr>
          <w:p w14:paraId="2865EF02"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698EF418" w14:textId="77777777" w:rsidR="00983653" w:rsidRDefault="004172C7">
            <w:pPr>
              <w:spacing w:after="0" w:line="245" w:lineRule="auto"/>
              <w:rPr>
                <w:lang w:eastAsia="ja-JP"/>
              </w:rPr>
            </w:pPr>
            <w:r>
              <w:rPr>
                <w:b/>
                <w:sz w:val="17"/>
                <w:lang w:eastAsia="ja-JP"/>
              </w:rPr>
              <w:t>罹災証明書または被災証明書</w:t>
            </w:r>
          </w:p>
        </w:tc>
        <w:tc>
          <w:tcPr>
            <w:tcW w:w="1360" w:type="dxa"/>
            <w:tcMar>
              <w:top w:w="80" w:type="dxa"/>
              <w:left w:w="90" w:type="dxa"/>
              <w:bottom w:w="80" w:type="dxa"/>
              <w:right w:w="90" w:type="dxa"/>
            </w:tcMar>
            <w:vAlign w:val="center"/>
          </w:tcPr>
          <w:p w14:paraId="2C372ACA" w14:textId="77777777" w:rsidR="00983653" w:rsidRDefault="004172C7">
            <w:pPr>
              <w:spacing w:after="0" w:line="245" w:lineRule="auto"/>
            </w:pPr>
            <w:proofErr w:type="spellStart"/>
            <w:r>
              <w:rPr>
                <w:sz w:val="17"/>
              </w:rPr>
              <w:t>原本提示</w:t>
            </w:r>
            <w:proofErr w:type="spellEnd"/>
          </w:p>
        </w:tc>
        <w:tc>
          <w:tcPr>
            <w:tcW w:w="5159" w:type="dxa"/>
            <w:tcMar>
              <w:top w:w="80" w:type="dxa"/>
              <w:left w:w="90" w:type="dxa"/>
              <w:bottom w:w="80" w:type="dxa"/>
              <w:right w:w="90" w:type="dxa"/>
            </w:tcMar>
            <w:vAlign w:val="center"/>
          </w:tcPr>
          <w:p w14:paraId="5B715AB4" w14:textId="77777777" w:rsidR="00983653" w:rsidRDefault="004172C7">
            <w:pPr>
              <w:spacing w:after="0" w:line="245" w:lineRule="auto"/>
              <w:rPr>
                <w:lang w:eastAsia="ja-JP"/>
              </w:rPr>
            </w:pPr>
            <w:r>
              <w:rPr>
                <w:sz w:val="17"/>
                <w:lang w:eastAsia="ja-JP"/>
              </w:rPr>
              <w:t>解体・撤去した損壊家屋等の被害認定が確認できるもの。</w:t>
            </w:r>
          </w:p>
        </w:tc>
      </w:tr>
      <w:tr w:rsidR="00983653" w14:paraId="56E601AC" w14:textId="77777777" w:rsidTr="009712DC">
        <w:trPr>
          <w:cantSplit/>
          <w:jc w:val="center"/>
        </w:trPr>
        <w:tc>
          <w:tcPr>
            <w:tcW w:w="566" w:type="dxa"/>
            <w:tcMar>
              <w:top w:w="80" w:type="dxa"/>
              <w:left w:w="90" w:type="dxa"/>
              <w:bottom w:w="80" w:type="dxa"/>
              <w:right w:w="90" w:type="dxa"/>
            </w:tcMar>
            <w:vAlign w:val="center"/>
          </w:tcPr>
          <w:p w14:paraId="0339FB25"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62646812" w14:textId="77777777" w:rsidR="00983653" w:rsidRDefault="004172C7">
            <w:pPr>
              <w:spacing w:after="0" w:line="245" w:lineRule="auto"/>
              <w:rPr>
                <w:lang w:eastAsia="ja-JP"/>
              </w:rPr>
            </w:pPr>
            <w:r>
              <w:rPr>
                <w:b/>
                <w:sz w:val="17"/>
                <w:lang w:eastAsia="ja-JP"/>
              </w:rPr>
              <w:t>申請者の本人確認書類</w:t>
            </w:r>
          </w:p>
        </w:tc>
        <w:tc>
          <w:tcPr>
            <w:tcW w:w="1360" w:type="dxa"/>
            <w:tcMar>
              <w:top w:w="80" w:type="dxa"/>
              <w:left w:w="90" w:type="dxa"/>
              <w:bottom w:w="80" w:type="dxa"/>
              <w:right w:w="90" w:type="dxa"/>
            </w:tcMar>
            <w:vAlign w:val="center"/>
          </w:tcPr>
          <w:p w14:paraId="40F96C22" w14:textId="77777777" w:rsidR="00983653" w:rsidRDefault="004172C7">
            <w:pPr>
              <w:spacing w:after="0" w:line="245" w:lineRule="auto"/>
            </w:pPr>
            <w:proofErr w:type="spellStart"/>
            <w:r>
              <w:rPr>
                <w:sz w:val="17"/>
              </w:rPr>
              <w:t>原本提示</w:t>
            </w:r>
            <w:proofErr w:type="spellEnd"/>
          </w:p>
        </w:tc>
        <w:tc>
          <w:tcPr>
            <w:tcW w:w="5159" w:type="dxa"/>
            <w:tcMar>
              <w:top w:w="80" w:type="dxa"/>
              <w:left w:w="90" w:type="dxa"/>
              <w:bottom w:w="80" w:type="dxa"/>
              <w:right w:w="90" w:type="dxa"/>
            </w:tcMar>
            <w:vAlign w:val="center"/>
          </w:tcPr>
          <w:p w14:paraId="3BB62CEB" w14:textId="77777777" w:rsidR="00983653" w:rsidRDefault="004172C7">
            <w:pPr>
              <w:spacing w:after="0" w:line="245" w:lineRule="auto"/>
              <w:rPr>
                <w:lang w:eastAsia="ja-JP"/>
              </w:rPr>
            </w:pPr>
            <w:r>
              <w:rPr>
                <w:sz w:val="17"/>
                <w:lang w:eastAsia="ja-JP"/>
              </w:rPr>
              <w:t>運転免許証、旅券、マイナンバーカードなど、申請者本人を確認できるもの。</w:t>
            </w:r>
          </w:p>
        </w:tc>
      </w:tr>
      <w:tr w:rsidR="00983653" w14:paraId="653F5825" w14:textId="77777777" w:rsidTr="009712DC">
        <w:trPr>
          <w:cantSplit/>
          <w:jc w:val="center"/>
        </w:trPr>
        <w:tc>
          <w:tcPr>
            <w:tcW w:w="566" w:type="dxa"/>
            <w:tcMar>
              <w:top w:w="80" w:type="dxa"/>
              <w:left w:w="90" w:type="dxa"/>
              <w:bottom w:w="80" w:type="dxa"/>
              <w:right w:w="90" w:type="dxa"/>
            </w:tcMar>
            <w:vAlign w:val="center"/>
          </w:tcPr>
          <w:p w14:paraId="50DAF634"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7B24171B" w14:textId="77777777" w:rsidR="00983653" w:rsidRDefault="004172C7">
            <w:pPr>
              <w:spacing w:after="0" w:line="245" w:lineRule="auto"/>
            </w:pPr>
            <w:proofErr w:type="spellStart"/>
            <w:r>
              <w:rPr>
                <w:b/>
                <w:sz w:val="17"/>
              </w:rPr>
              <w:t>損壊家屋等の配置図</w:t>
            </w:r>
            <w:proofErr w:type="spellEnd"/>
          </w:p>
        </w:tc>
        <w:tc>
          <w:tcPr>
            <w:tcW w:w="1360" w:type="dxa"/>
            <w:tcMar>
              <w:top w:w="80" w:type="dxa"/>
              <w:left w:w="90" w:type="dxa"/>
              <w:bottom w:w="80" w:type="dxa"/>
              <w:right w:w="90" w:type="dxa"/>
            </w:tcMar>
            <w:vAlign w:val="center"/>
          </w:tcPr>
          <w:p w14:paraId="32976E6E" w14:textId="77777777" w:rsidR="00983653" w:rsidRDefault="004172C7">
            <w:pPr>
              <w:spacing w:after="0" w:line="245" w:lineRule="auto"/>
            </w:pPr>
            <w:proofErr w:type="spellStart"/>
            <w:r>
              <w:rPr>
                <w:sz w:val="17"/>
              </w:rPr>
              <w:t>原本提出</w:t>
            </w:r>
            <w:proofErr w:type="spellEnd"/>
          </w:p>
        </w:tc>
        <w:tc>
          <w:tcPr>
            <w:tcW w:w="5159" w:type="dxa"/>
            <w:tcMar>
              <w:top w:w="80" w:type="dxa"/>
              <w:left w:w="90" w:type="dxa"/>
              <w:bottom w:w="80" w:type="dxa"/>
              <w:right w:w="90" w:type="dxa"/>
            </w:tcMar>
            <w:vAlign w:val="center"/>
          </w:tcPr>
          <w:p w14:paraId="7674431B" w14:textId="77777777" w:rsidR="00983653" w:rsidRDefault="004172C7">
            <w:pPr>
              <w:spacing w:after="0" w:line="245" w:lineRule="auto"/>
              <w:rPr>
                <w:lang w:eastAsia="ja-JP"/>
              </w:rPr>
            </w:pPr>
            <w:r>
              <w:rPr>
                <w:sz w:val="17"/>
                <w:lang w:eastAsia="ja-JP"/>
              </w:rPr>
              <w:t>敷地内の建物等を示し、自費解体・撤去の対象物の位置が特定できるもの。</w:t>
            </w:r>
          </w:p>
        </w:tc>
      </w:tr>
      <w:tr w:rsidR="00983653" w14:paraId="40209C16" w14:textId="77777777" w:rsidTr="009712DC">
        <w:trPr>
          <w:cantSplit/>
          <w:jc w:val="center"/>
        </w:trPr>
        <w:tc>
          <w:tcPr>
            <w:tcW w:w="566" w:type="dxa"/>
            <w:tcMar>
              <w:top w:w="80" w:type="dxa"/>
              <w:left w:w="90" w:type="dxa"/>
              <w:bottom w:w="80" w:type="dxa"/>
              <w:right w:w="90" w:type="dxa"/>
            </w:tcMar>
            <w:vAlign w:val="center"/>
          </w:tcPr>
          <w:p w14:paraId="4A256EAA"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191346D4" w14:textId="77777777" w:rsidR="00983653" w:rsidRDefault="004172C7">
            <w:pPr>
              <w:spacing w:after="0" w:line="245" w:lineRule="auto"/>
              <w:rPr>
                <w:lang w:eastAsia="ja-JP"/>
              </w:rPr>
            </w:pPr>
            <w:r>
              <w:rPr>
                <w:b/>
                <w:sz w:val="17"/>
                <w:lang w:eastAsia="ja-JP"/>
              </w:rPr>
              <w:t>損壊家屋等の状況写真</w:t>
            </w:r>
          </w:p>
        </w:tc>
        <w:tc>
          <w:tcPr>
            <w:tcW w:w="1360" w:type="dxa"/>
            <w:tcMar>
              <w:top w:w="80" w:type="dxa"/>
              <w:left w:w="90" w:type="dxa"/>
              <w:bottom w:w="80" w:type="dxa"/>
              <w:right w:w="90" w:type="dxa"/>
            </w:tcMar>
            <w:vAlign w:val="center"/>
          </w:tcPr>
          <w:p w14:paraId="1390E90B" w14:textId="77777777" w:rsidR="00983653" w:rsidRDefault="004172C7">
            <w:pPr>
              <w:spacing w:after="0" w:line="245" w:lineRule="auto"/>
            </w:pPr>
            <w:proofErr w:type="spellStart"/>
            <w:r>
              <w:rPr>
                <w:sz w:val="17"/>
              </w:rPr>
              <w:t>原本提出または提示</w:t>
            </w:r>
            <w:proofErr w:type="spellEnd"/>
          </w:p>
        </w:tc>
        <w:tc>
          <w:tcPr>
            <w:tcW w:w="5159" w:type="dxa"/>
            <w:tcMar>
              <w:top w:w="80" w:type="dxa"/>
              <w:left w:w="90" w:type="dxa"/>
              <w:bottom w:w="80" w:type="dxa"/>
              <w:right w:w="90" w:type="dxa"/>
            </w:tcMar>
            <w:vAlign w:val="center"/>
          </w:tcPr>
          <w:p w14:paraId="3948FD0D" w14:textId="77777777" w:rsidR="00983653" w:rsidRDefault="004172C7">
            <w:pPr>
              <w:spacing w:after="0" w:line="245" w:lineRule="auto"/>
              <w:rPr>
                <w:lang w:eastAsia="ja-JP"/>
              </w:rPr>
            </w:pPr>
            <w:r>
              <w:rPr>
                <w:sz w:val="17"/>
                <w:lang w:eastAsia="ja-JP"/>
              </w:rPr>
              <w:t>対象物の全景など対象物を特定できる写真と、施工前・施工中・施工後の作業過程が分かる写真。</w:t>
            </w:r>
          </w:p>
        </w:tc>
      </w:tr>
      <w:tr w:rsidR="00983653" w14:paraId="63B33CCF" w14:textId="77777777" w:rsidTr="009712DC">
        <w:trPr>
          <w:cantSplit/>
          <w:jc w:val="center"/>
        </w:trPr>
        <w:tc>
          <w:tcPr>
            <w:tcW w:w="566" w:type="dxa"/>
            <w:tcMar>
              <w:top w:w="80" w:type="dxa"/>
              <w:left w:w="90" w:type="dxa"/>
              <w:bottom w:w="80" w:type="dxa"/>
              <w:right w:w="90" w:type="dxa"/>
            </w:tcMar>
            <w:vAlign w:val="center"/>
          </w:tcPr>
          <w:p w14:paraId="1ECA8ECC"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5BD4D85D" w14:textId="75B6A33C" w:rsidR="00983653" w:rsidRDefault="004172C7">
            <w:pPr>
              <w:spacing w:after="0" w:line="245" w:lineRule="auto"/>
              <w:rPr>
                <w:lang w:eastAsia="ja-JP"/>
              </w:rPr>
            </w:pPr>
            <w:r>
              <w:rPr>
                <w:b/>
                <w:sz w:val="17"/>
                <w:lang w:eastAsia="ja-JP"/>
              </w:rPr>
              <w:t>自費解体・撤去に係る契約書</w:t>
            </w:r>
            <w:r w:rsidR="009712DC">
              <w:rPr>
                <w:rFonts w:hint="eastAsia"/>
                <w:b/>
                <w:sz w:val="17"/>
                <w:lang w:eastAsia="ja-JP"/>
              </w:rPr>
              <w:t>（内訳書）</w:t>
            </w:r>
          </w:p>
        </w:tc>
        <w:tc>
          <w:tcPr>
            <w:tcW w:w="1360" w:type="dxa"/>
            <w:tcMar>
              <w:top w:w="80" w:type="dxa"/>
              <w:left w:w="90" w:type="dxa"/>
              <w:bottom w:w="80" w:type="dxa"/>
              <w:right w:w="90" w:type="dxa"/>
            </w:tcMar>
            <w:vAlign w:val="center"/>
          </w:tcPr>
          <w:p w14:paraId="0F7D40BA" w14:textId="77777777" w:rsidR="00983653" w:rsidRDefault="004172C7">
            <w:pPr>
              <w:spacing w:after="0" w:line="245" w:lineRule="auto"/>
            </w:pPr>
            <w:proofErr w:type="spellStart"/>
            <w:r>
              <w:rPr>
                <w:sz w:val="17"/>
              </w:rPr>
              <w:t>原本提出または提示</w:t>
            </w:r>
            <w:proofErr w:type="spellEnd"/>
          </w:p>
        </w:tc>
        <w:tc>
          <w:tcPr>
            <w:tcW w:w="5159" w:type="dxa"/>
            <w:tcMar>
              <w:top w:w="80" w:type="dxa"/>
              <w:left w:w="90" w:type="dxa"/>
              <w:bottom w:w="80" w:type="dxa"/>
              <w:right w:w="90" w:type="dxa"/>
            </w:tcMar>
            <w:vAlign w:val="center"/>
          </w:tcPr>
          <w:p w14:paraId="447C968E" w14:textId="77777777" w:rsidR="00011F49" w:rsidRDefault="004172C7">
            <w:pPr>
              <w:spacing w:after="0" w:line="245" w:lineRule="auto"/>
              <w:rPr>
                <w:sz w:val="17"/>
                <w:lang w:eastAsia="ja-JP"/>
              </w:rPr>
            </w:pPr>
            <w:r>
              <w:rPr>
                <w:sz w:val="17"/>
                <w:lang w:eastAsia="ja-JP"/>
              </w:rPr>
              <w:t>所有者等と解体業者等が締結した契約書。</w:t>
            </w:r>
          </w:p>
          <w:p w14:paraId="5328EA59" w14:textId="4C9D2AB7" w:rsidR="00983653" w:rsidRDefault="004172C7">
            <w:pPr>
              <w:spacing w:after="0" w:line="245" w:lineRule="auto"/>
              <w:rPr>
                <w:lang w:eastAsia="ja-JP"/>
              </w:rPr>
            </w:pPr>
            <w:r>
              <w:rPr>
                <w:sz w:val="17"/>
                <w:lang w:eastAsia="ja-JP"/>
              </w:rPr>
              <w:t>令和8年7月28日以後に締結された契約が対象です。</w:t>
            </w:r>
          </w:p>
        </w:tc>
      </w:tr>
      <w:tr w:rsidR="00983653" w14:paraId="20013E59" w14:textId="77777777" w:rsidTr="009712DC">
        <w:trPr>
          <w:cantSplit/>
          <w:jc w:val="center"/>
        </w:trPr>
        <w:tc>
          <w:tcPr>
            <w:tcW w:w="566" w:type="dxa"/>
            <w:tcMar>
              <w:top w:w="80" w:type="dxa"/>
              <w:left w:w="90" w:type="dxa"/>
              <w:bottom w:w="80" w:type="dxa"/>
              <w:right w:w="90" w:type="dxa"/>
            </w:tcMar>
            <w:vAlign w:val="center"/>
          </w:tcPr>
          <w:p w14:paraId="6E30C14A"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5F7429E5" w14:textId="77777777" w:rsidR="00983653" w:rsidRDefault="004172C7">
            <w:pPr>
              <w:spacing w:after="0" w:line="245" w:lineRule="auto"/>
              <w:rPr>
                <w:lang w:eastAsia="ja-JP"/>
              </w:rPr>
            </w:pPr>
            <w:r>
              <w:rPr>
                <w:b/>
                <w:sz w:val="17"/>
                <w:lang w:eastAsia="ja-JP"/>
              </w:rPr>
              <w:t>領収書その他の支払いを証明する書類</w:t>
            </w:r>
          </w:p>
        </w:tc>
        <w:tc>
          <w:tcPr>
            <w:tcW w:w="1360" w:type="dxa"/>
            <w:tcMar>
              <w:top w:w="80" w:type="dxa"/>
              <w:left w:w="90" w:type="dxa"/>
              <w:bottom w:w="80" w:type="dxa"/>
              <w:right w:w="90" w:type="dxa"/>
            </w:tcMar>
            <w:vAlign w:val="center"/>
          </w:tcPr>
          <w:p w14:paraId="06781355" w14:textId="77777777" w:rsidR="00983653" w:rsidRDefault="004172C7">
            <w:pPr>
              <w:spacing w:after="0" w:line="245" w:lineRule="auto"/>
            </w:pPr>
            <w:proofErr w:type="spellStart"/>
            <w:r>
              <w:rPr>
                <w:sz w:val="17"/>
              </w:rPr>
              <w:t>原本提出または提示</w:t>
            </w:r>
            <w:proofErr w:type="spellEnd"/>
          </w:p>
        </w:tc>
        <w:tc>
          <w:tcPr>
            <w:tcW w:w="5159" w:type="dxa"/>
            <w:tcMar>
              <w:top w:w="80" w:type="dxa"/>
              <w:left w:w="90" w:type="dxa"/>
              <w:bottom w:w="80" w:type="dxa"/>
              <w:right w:w="90" w:type="dxa"/>
            </w:tcMar>
            <w:vAlign w:val="center"/>
          </w:tcPr>
          <w:p w14:paraId="478A4EE3" w14:textId="77777777" w:rsidR="00983653" w:rsidRDefault="004172C7">
            <w:pPr>
              <w:spacing w:after="0" w:line="245" w:lineRule="auto"/>
              <w:rPr>
                <w:lang w:eastAsia="ja-JP"/>
              </w:rPr>
            </w:pPr>
            <w:r>
              <w:rPr>
                <w:sz w:val="17"/>
                <w:lang w:eastAsia="ja-JP"/>
              </w:rPr>
              <w:t>自費解体・撤去に要した費用を支払ったことが確認できるもの。</w:t>
            </w:r>
          </w:p>
        </w:tc>
      </w:tr>
      <w:tr w:rsidR="00983653" w14:paraId="216DAEAE" w14:textId="77777777" w:rsidTr="009712DC">
        <w:trPr>
          <w:cantSplit/>
          <w:jc w:val="center"/>
        </w:trPr>
        <w:tc>
          <w:tcPr>
            <w:tcW w:w="566" w:type="dxa"/>
            <w:tcMar>
              <w:top w:w="80" w:type="dxa"/>
              <w:left w:w="90" w:type="dxa"/>
              <w:bottom w:w="80" w:type="dxa"/>
              <w:right w:w="90" w:type="dxa"/>
            </w:tcMar>
            <w:vAlign w:val="center"/>
          </w:tcPr>
          <w:p w14:paraId="6AC194AD"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13A967B3" w14:textId="77777777" w:rsidR="00983653" w:rsidRDefault="004172C7">
            <w:pPr>
              <w:spacing w:after="0" w:line="245" w:lineRule="auto"/>
              <w:rPr>
                <w:b/>
                <w:sz w:val="17"/>
                <w:lang w:eastAsia="ja-JP"/>
              </w:rPr>
            </w:pPr>
            <w:r>
              <w:rPr>
                <w:b/>
                <w:sz w:val="17"/>
                <w:lang w:eastAsia="ja-JP"/>
              </w:rPr>
              <w:t>産業廃棄物管理票（マニフェスト）</w:t>
            </w:r>
          </w:p>
          <w:p w14:paraId="1F71A178" w14:textId="6B3C809A" w:rsidR="009712DC" w:rsidRDefault="009712DC">
            <w:pPr>
              <w:spacing w:after="0" w:line="245" w:lineRule="auto"/>
              <w:rPr>
                <w:lang w:eastAsia="ja-JP"/>
              </w:rPr>
            </w:pPr>
            <w:r>
              <w:rPr>
                <w:rFonts w:hint="eastAsia"/>
                <w:b/>
                <w:sz w:val="17"/>
                <w:lang w:eastAsia="ja-JP"/>
              </w:rPr>
              <w:t>D票又はE票</w:t>
            </w:r>
          </w:p>
        </w:tc>
        <w:tc>
          <w:tcPr>
            <w:tcW w:w="1360" w:type="dxa"/>
            <w:tcMar>
              <w:top w:w="80" w:type="dxa"/>
              <w:left w:w="90" w:type="dxa"/>
              <w:bottom w:w="80" w:type="dxa"/>
              <w:right w:w="90" w:type="dxa"/>
            </w:tcMar>
            <w:vAlign w:val="center"/>
          </w:tcPr>
          <w:p w14:paraId="654C2C4B" w14:textId="1F81A984" w:rsidR="00983653" w:rsidRDefault="009712DC">
            <w:pPr>
              <w:spacing w:after="0" w:line="245" w:lineRule="auto"/>
            </w:pPr>
            <w:r>
              <w:rPr>
                <w:rFonts w:hint="eastAsia"/>
                <w:sz w:val="17"/>
                <w:lang w:eastAsia="ja-JP"/>
              </w:rPr>
              <w:t>コピー</w:t>
            </w:r>
            <w:proofErr w:type="spellStart"/>
            <w:r w:rsidR="004172C7">
              <w:rPr>
                <w:sz w:val="17"/>
              </w:rPr>
              <w:t>提示</w:t>
            </w:r>
            <w:proofErr w:type="spellEnd"/>
          </w:p>
        </w:tc>
        <w:tc>
          <w:tcPr>
            <w:tcW w:w="5159" w:type="dxa"/>
            <w:tcMar>
              <w:top w:w="80" w:type="dxa"/>
              <w:left w:w="90" w:type="dxa"/>
              <w:bottom w:w="80" w:type="dxa"/>
              <w:right w:w="90" w:type="dxa"/>
            </w:tcMar>
            <w:vAlign w:val="center"/>
          </w:tcPr>
          <w:p w14:paraId="364C1FD3" w14:textId="77777777" w:rsidR="00983653" w:rsidRDefault="004172C7">
            <w:pPr>
              <w:spacing w:after="0" w:line="245" w:lineRule="auto"/>
              <w:rPr>
                <w:lang w:eastAsia="ja-JP"/>
              </w:rPr>
            </w:pPr>
            <w:r>
              <w:rPr>
                <w:sz w:val="17"/>
                <w:lang w:eastAsia="ja-JP"/>
              </w:rPr>
              <w:t>自費解体・撤去に係る産業廃棄物管理票。</w:t>
            </w:r>
          </w:p>
        </w:tc>
      </w:tr>
      <w:tr w:rsidR="00983653" w14:paraId="76F85FA6" w14:textId="77777777" w:rsidTr="009712DC">
        <w:trPr>
          <w:cantSplit/>
          <w:jc w:val="center"/>
        </w:trPr>
        <w:tc>
          <w:tcPr>
            <w:tcW w:w="566" w:type="dxa"/>
            <w:tcMar>
              <w:top w:w="80" w:type="dxa"/>
              <w:left w:w="90" w:type="dxa"/>
              <w:bottom w:w="80" w:type="dxa"/>
              <w:right w:w="90" w:type="dxa"/>
            </w:tcMar>
            <w:vAlign w:val="center"/>
          </w:tcPr>
          <w:p w14:paraId="07D31890" w14:textId="77777777" w:rsidR="00983653" w:rsidRDefault="004172C7">
            <w:pPr>
              <w:spacing w:after="0" w:line="245" w:lineRule="auto"/>
              <w:jc w:val="center"/>
            </w:pPr>
            <w:r>
              <w:rPr>
                <w:sz w:val="17"/>
              </w:rPr>
              <w:t>□</w:t>
            </w:r>
          </w:p>
        </w:tc>
        <w:tc>
          <w:tcPr>
            <w:tcW w:w="3004" w:type="dxa"/>
            <w:tcMar>
              <w:top w:w="80" w:type="dxa"/>
              <w:left w:w="90" w:type="dxa"/>
              <w:bottom w:w="80" w:type="dxa"/>
              <w:right w:w="90" w:type="dxa"/>
            </w:tcMar>
            <w:vAlign w:val="center"/>
          </w:tcPr>
          <w:p w14:paraId="48620D80" w14:textId="4DD9433D" w:rsidR="00983653" w:rsidRDefault="00273677">
            <w:pPr>
              <w:spacing w:after="0" w:line="245" w:lineRule="auto"/>
              <w:rPr>
                <w:lang w:eastAsia="ja-JP"/>
              </w:rPr>
            </w:pPr>
            <w:r>
              <w:rPr>
                <w:rFonts w:hint="eastAsia"/>
                <w:b/>
                <w:sz w:val="17"/>
                <w:lang w:eastAsia="ja-JP"/>
              </w:rPr>
              <w:t>建物の所有者が分かる書類</w:t>
            </w:r>
          </w:p>
        </w:tc>
        <w:tc>
          <w:tcPr>
            <w:tcW w:w="1360" w:type="dxa"/>
            <w:tcMar>
              <w:top w:w="80" w:type="dxa"/>
              <w:left w:w="90" w:type="dxa"/>
              <w:bottom w:w="80" w:type="dxa"/>
              <w:right w:w="90" w:type="dxa"/>
            </w:tcMar>
            <w:vAlign w:val="center"/>
          </w:tcPr>
          <w:p w14:paraId="74ACC263" w14:textId="096CB0BB" w:rsidR="00983653" w:rsidRDefault="00273677">
            <w:pPr>
              <w:spacing w:after="0" w:line="245" w:lineRule="auto"/>
            </w:pPr>
            <w:r>
              <w:rPr>
                <w:rFonts w:hint="eastAsia"/>
                <w:sz w:val="17"/>
                <w:lang w:eastAsia="ja-JP"/>
              </w:rPr>
              <w:t>原本</w:t>
            </w:r>
          </w:p>
        </w:tc>
        <w:tc>
          <w:tcPr>
            <w:tcW w:w="5159" w:type="dxa"/>
            <w:tcMar>
              <w:top w:w="80" w:type="dxa"/>
              <w:left w:w="90" w:type="dxa"/>
              <w:bottom w:w="80" w:type="dxa"/>
              <w:right w:w="90" w:type="dxa"/>
            </w:tcMar>
            <w:vAlign w:val="center"/>
          </w:tcPr>
          <w:p w14:paraId="6F3CFB7F" w14:textId="10563CF8" w:rsidR="00983653" w:rsidRDefault="00273677">
            <w:pPr>
              <w:spacing w:after="0" w:line="245" w:lineRule="auto"/>
              <w:rPr>
                <w:sz w:val="17"/>
                <w:lang w:eastAsia="ja-JP"/>
              </w:rPr>
            </w:pPr>
            <w:r>
              <w:rPr>
                <w:rFonts w:hint="eastAsia"/>
                <w:sz w:val="17"/>
                <w:lang w:eastAsia="ja-JP"/>
              </w:rPr>
              <w:t>①登記済みの建物の場合：登記事項（建物）全部事項証明書</w:t>
            </w:r>
          </w:p>
          <w:p w14:paraId="272E5F45" w14:textId="1CE004D1" w:rsidR="00273677" w:rsidRDefault="00273677">
            <w:pPr>
              <w:spacing w:after="0" w:line="245" w:lineRule="auto"/>
              <w:rPr>
                <w:sz w:val="17"/>
                <w:lang w:eastAsia="ja-JP"/>
              </w:rPr>
            </w:pPr>
            <w:r>
              <w:rPr>
                <w:rFonts w:hint="eastAsia"/>
                <w:sz w:val="17"/>
                <w:lang w:eastAsia="ja-JP"/>
              </w:rPr>
              <w:t>※市で登記簿情報の確認ができない場合は、提出を求める場合があります。</w:t>
            </w:r>
          </w:p>
          <w:p w14:paraId="670E52B5" w14:textId="77777777" w:rsidR="00581FEB" w:rsidRDefault="00273677" w:rsidP="00581FEB">
            <w:pPr>
              <w:rPr>
                <w:sz w:val="17"/>
                <w:lang w:eastAsia="ja-JP"/>
              </w:rPr>
            </w:pPr>
            <w:r>
              <w:rPr>
                <w:rFonts w:hint="eastAsia"/>
                <w:sz w:val="17"/>
                <w:lang w:eastAsia="ja-JP"/>
              </w:rPr>
              <w:t>②未登記の場合：固定資産評価証明書（課税明細書でも可９</w:t>
            </w:r>
          </w:p>
          <w:p w14:paraId="22AA3678" w14:textId="72D43CA4" w:rsidR="00273677" w:rsidRPr="00581FEB" w:rsidRDefault="00273677" w:rsidP="00581FEB">
            <w:pPr>
              <w:rPr>
                <w:rFonts w:hint="eastAsia"/>
                <w:lang w:eastAsia="ja-JP"/>
              </w:rPr>
            </w:pPr>
            <w:r>
              <w:rPr>
                <w:rFonts w:hint="eastAsia"/>
                <w:sz w:val="17"/>
                <w:lang w:eastAsia="ja-JP"/>
              </w:rPr>
              <w:t>※①、②ともに発行後６か月以内のもの</w:t>
            </w:r>
          </w:p>
        </w:tc>
      </w:tr>
    </w:tbl>
    <w:p w14:paraId="3E53EF0B" w14:textId="54A97BC4" w:rsidR="00983653" w:rsidRDefault="004172C7">
      <w:pPr>
        <w:pStyle w:val="1"/>
        <w:rPr>
          <w:lang w:eastAsia="ja-JP"/>
        </w:rPr>
      </w:pPr>
      <w:r>
        <w:rPr>
          <w:lang w:eastAsia="ja-JP"/>
        </w:rPr>
        <w:lastRenderedPageBreak/>
        <w:t>該当する方だけに必要な追加書類</w:t>
      </w:r>
      <w:r w:rsidR="00F05DF0">
        <w:rPr>
          <w:rFonts w:hint="eastAsia"/>
          <w:lang w:eastAsia="ja-JP"/>
        </w:rPr>
        <w:t>（提出）</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firstRow="1" w:lastRow="0" w:firstColumn="1" w:lastColumn="0" w:noHBand="0" w:noVBand="1"/>
      </w:tblPr>
      <w:tblGrid>
        <w:gridCol w:w="3514"/>
        <w:gridCol w:w="6576"/>
      </w:tblGrid>
      <w:tr w:rsidR="00983653" w14:paraId="77B9F7DE" w14:textId="77777777">
        <w:trPr>
          <w:cantSplit/>
          <w:tblHeader/>
          <w:jc w:val="center"/>
        </w:trPr>
        <w:tc>
          <w:tcPr>
            <w:tcW w:w="3514" w:type="dxa"/>
            <w:shd w:val="clear" w:color="auto" w:fill="E2F0D9"/>
            <w:tcMar>
              <w:top w:w="80" w:type="dxa"/>
              <w:left w:w="90" w:type="dxa"/>
              <w:bottom w:w="80" w:type="dxa"/>
              <w:right w:w="90" w:type="dxa"/>
            </w:tcMar>
            <w:vAlign w:val="center"/>
          </w:tcPr>
          <w:p w14:paraId="35063EFB" w14:textId="77777777" w:rsidR="00983653" w:rsidRDefault="004172C7">
            <w:pPr>
              <w:spacing w:after="0" w:line="252" w:lineRule="auto"/>
              <w:jc w:val="center"/>
            </w:pPr>
            <w:proofErr w:type="spellStart"/>
            <w:r>
              <w:rPr>
                <w:b/>
                <w:sz w:val="18"/>
              </w:rPr>
              <w:t>該当する場合</w:t>
            </w:r>
            <w:proofErr w:type="spellEnd"/>
          </w:p>
        </w:tc>
        <w:tc>
          <w:tcPr>
            <w:tcW w:w="6576" w:type="dxa"/>
            <w:shd w:val="clear" w:color="auto" w:fill="E2F0D9"/>
            <w:tcMar>
              <w:top w:w="80" w:type="dxa"/>
              <w:left w:w="90" w:type="dxa"/>
              <w:bottom w:w="80" w:type="dxa"/>
              <w:right w:w="90" w:type="dxa"/>
            </w:tcMar>
            <w:vAlign w:val="center"/>
          </w:tcPr>
          <w:p w14:paraId="4BAAEFAF" w14:textId="77777777" w:rsidR="00983653" w:rsidRDefault="004172C7">
            <w:pPr>
              <w:spacing w:after="0" w:line="252" w:lineRule="auto"/>
              <w:jc w:val="center"/>
            </w:pPr>
            <w:proofErr w:type="spellStart"/>
            <w:r>
              <w:rPr>
                <w:b/>
                <w:sz w:val="18"/>
              </w:rPr>
              <w:t>必要な書類</w:t>
            </w:r>
            <w:proofErr w:type="spellEnd"/>
          </w:p>
        </w:tc>
      </w:tr>
      <w:tr w:rsidR="00983653" w14:paraId="4AA76AC9" w14:textId="77777777">
        <w:trPr>
          <w:cantSplit/>
          <w:jc w:val="center"/>
        </w:trPr>
        <w:tc>
          <w:tcPr>
            <w:tcW w:w="3514" w:type="dxa"/>
            <w:tcMar>
              <w:top w:w="80" w:type="dxa"/>
              <w:left w:w="90" w:type="dxa"/>
              <w:bottom w:w="80" w:type="dxa"/>
              <w:right w:w="90" w:type="dxa"/>
            </w:tcMar>
            <w:vAlign w:val="center"/>
          </w:tcPr>
          <w:p w14:paraId="3467040C" w14:textId="77777777" w:rsidR="00983653" w:rsidRDefault="004172C7">
            <w:pPr>
              <w:spacing w:after="0" w:line="252" w:lineRule="auto"/>
              <w:rPr>
                <w:lang w:eastAsia="ja-JP"/>
              </w:rPr>
            </w:pPr>
            <w:r>
              <w:rPr>
                <w:b/>
                <w:sz w:val="17"/>
                <w:lang w:eastAsia="ja-JP"/>
              </w:rPr>
              <w:t>代理人が申請する場合</w:t>
            </w:r>
          </w:p>
        </w:tc>
        <w:tc>
          <w:tcPr>
            <w:tcW w:w="6576" w:type="dxa"/>
            <w:tcMar>
              <w:top w:w="80" w:type="dxa"/>
              <w:left w:w="90" w:type="dxa"/>
              <w:bottom w:w="80" w:type="dxa"/>
              <w:right w:w="90" w:type="dxa"/>
            </w:tcMar>
            <w:vAlign w:val="center"/>
          </w:tcPr>
          <w:p w14:paraId="6F1318B3" w14:textId="77777777" w:rsidR="00983653" w:rsidRDefault="004172C7">
            <w:pPr>
              <w:spacing w:after="0" w:line="245" w:lineRule="auto"/>
              <w:rPr>
                <w:lang w:eastAsia="ja-JP"/>
              </w:rPr>
            </w:pPr>
            <w:r>
              <w:rPr>
                <w:sz w:val="17"/>
                <w:lang w:eastAsia="ja-JP"/>
              </w:rPr>
              <w:t>委任状【様式第2号】と、委任者の印鑑登録証明書（発行後6か月以内）。全壊により実印を取り出せないなど、やむを得ない理由がある場合は、印鑑登録証明書に代えて、委任者の運転免許証、旅券、マイナンバーカードその他の本人確認書類を提出できます。</w:t>
            </w:r>
          </w:p>
        </w:tc>
      </w:tr>
      <w:tr w:rsidR="00983653" w14:paraId="7E5337BC" w14:textId="77777777">
        <w:trPr>
          <w:cantSplit/>
          <w:jc w:val="center"/>
        </w:trPr>
        <w:tc>
          <w:tcPr>
            <w:tcW w:w="3514" w:type="dxa"/>
            <w:tcMar>
              <w:top w:w="80" w:type="dxa"/>
              <w:left w:w="90" w:type="dxa"/>
              <w:bottom w:w="80" w:type="dxa"/>
              <w:right w:w="90" w:type="dxa"/>
            </w:tcMar>
            <w:vAlign w:val="center"/>
          </w:tcPr>
          <w:p w14:paraId="13B88042" w14:textId="77777777" w:rsidR="00983653" w:rsidRDefault="004172C7">
            <w:pPr>
              <w:spacing w:after="0" w:line="252" w:lineRule="auto"/>
              <w:rPr>
                <w:lang w:eastAsia="ja-JP"/>
              </w:rPr>
            </w:pPr>
            <w:r>
              <w:rPr>
                <w:b/>
                <w:sz w:val="17"/>
                <w:lang w:eastAsia="ja-JP"/>
              </w:rPr>
              <w:t>法人格を持つ中小企業者等が申請する場合</w:t>
            </w:r>
          </w:p>
        </w:tc>
        <w:tc>
          <w:tcPr>
            <w:tcW w:w="6576" w:type="dxa"/>
            <w:tcMar>
              <w:top w:w="80" w:type="dxa"/>
              <w:left w:w="90" w:type="dxa"/>
              <w:bottom w:w="80" w:type="dxa"/>
              <w:right w:w="90" w:type="dxa"/>
            </w:tcMar>
            <w:vAlign w:val="center"/>
          </w:tcPr>
          <w:p w14:paraId="281D1249" w14:textId="77777777" w:rsidR="00983653" w:rsidRDefault="004172C7">
            <w:pPr>
              <w:spacing w:after="0" w:line="252" w:lineRule="auto"/>
              <w:rPr>
                <w:lang w:eastAsia="ja-JP"/>
              </w:rPr>
            </w:pPr>
            <w:r>
              <w:rPr>
                <w:sz w:val="17"/>
                <w:lang w:eastAsia="ja-JP"/>
              </w:rPr>
              <w:t>商業・法人等の全部事項証明書（発行後6か月以内）。</w:t>
            </w:r>
          </w:p>
        </w:tc>
      </w:tr>
      <w:tr w:rsidR="00983653" w14:paraId="53AA13F0" w14:textId="77777777">
        <w:trPr>
          <w:cantSplit/>
          <w:jc w:val="center"/>
        </w:trPr>
        <w:tc>
          <w:tcPr>
            <w:tcW w:w="3514" w:type="dxa"/>
            <w:tcMar>
              <w:top w:w="80" w:type="dxa"/>
              <w:left w:w="90" w:type="dxa"/>
              <w:bottom w:w="80" w:type="dxa"/>
              <w:right w:w="90" w:type="dxa"/>
            </w:tcMar>
            <w:vAlign w:val="center"/>
          </w:tcPr>
          <w:p w14:paraId="598E107F" w14:textId="77777777" w:rsidR="00983653" w:rsidRDefault="004172C7">
            <w:pPr>
              <w:spacing w:after="0" w:line="252" w:lineRule="auto"/>
              <w:rPr>
                <w:lang w:eastAsia="ja-JP"/>
              </w:rPr>
            </w:pPr>
            <w:r>
              <w:rPr>
                <w:b/>
                <w:sz w:val="17"/>
                <w:lang w:eastAsia="ja-JP"/>
              </w:rPr>
              <w:t>市が確認のため必要と判断した場合</w:t>
            </w:r>
          </w:p>
        </w:tc>
        <w:tc>
          <w:tcPr>
            <w:tcW w:w="6576" w:type="dxa"/>
            <w:tcMar>
              <w:top w:w="80" w:type="dxa"/>
              <w:left w:w="90" w:type="dxa"/>
              <w:bottom w:w="80" w:type="dxa"/>
              <w:right w:w="90" w:type="dxa"/>
            </w:tcMar>
            <w:vAlign w:val="center"/>
          </w:tcPr>
          <w:p w14:paraId="3A1BB2E0" w14:textId="77777777" w:rsidR="00983653" w:rsidRDefault="004172C7">
            <w:pPr>
              <w:spacing w:after="0" w:line="252" w:lineRule="auto"/>
              <w:rPr>
                <w:lang w:eastAsia="ja-JP"/>
              </w:rPr>
            </w:pPr>
            <w:r>
              <w:rPr>
                <w:sz w:val="17"/>
                <w:lang w:eastAsia="ja-JP"/>
              </w:rPr>
              <w:t>所有・相続・権利関係、工事内容、支払い、廃棄物処理などを確認する追加書類。</w:t>
            </w:r>
          </w:p>
        </w:tc>
      </w:tr>
    </w:tbl>
    <w:p w14:paraId="3ECBD2DA" w14:textId="77777777" w:rsidR="00983653" w:rsidRDefault="004172C7">
      <w:pPr>
        <w:pStyle w:val="1"/>
        <w:rPr>
          <w:lang w:eastAsia="ja-JP"/>
        </w:rPr>
      </w:pPr>
      <w:r>
        <w:rPr>
          <w:lang w:eastAsia="ja-JP"/>
        </w:rPr>
        <w:t>提出書類を準備するときのポイント</w:t>
      </w:r>
    </w:p>
    <w:p w14:paraId="2C64C7EB" w14:textId="77777777" w:rsidR="00983653" w:rsidRDefault="004172C7">
      <w:pPr>
        <w:pStyle w:val="a0"/>
        <w:ind w:left="283" w:hanging="113"/>
        <w:rPr>
          <w:lang w:eastAsia="ja-JP"/>
        </w:rPr>
      </w:pPr>
      <w:r>
        <w:rPr>
          <w:lang w:eastAsia="ja-JP"/>
        </w:rPr>
        <w:t>配置図と写真には番号を付け、どの方向から撮影した写真か分かるようにしてください。</w:t>
      </w:r>
    </w:p>
    <w:p w14:paraId="31564A3B" w14:textId="77777777" w:rsidR="00983653" w:rsidRDefault="004172C7">
      <w:pPr>
        <w:pStyle w:val="a0"/>
        <w:ind w:left="283" w:hanging="113"/>
        <w:rPr>
          <w:lang w:eastAsia="ja-JP"/>
        </w:rPr>
      </w:pPr>
      <w:r>
        <w:rPr>
          <w:lang w:eastAsia="ja-JP"/>
        </w:rPr>
        <w:t>写真は、対象物の全景に加え、施工前・施工中・施工後の作業過程が分かるように整理してください。</w:t>
      </w:r>
    </w:p>
    <w:p w14:paraId="566A7454" w14:textId="77777777" w:rsidR="00983653" w:rsidRDefault="004172C7">
      <w:pPr>
        <w:pStyle w:val="a0"/>
        <w:ind w:left="283" w:hanging="113"/>
        <w:rPr>
          <w:lang w:eastAsia="ja-JP"/>
        </w:rPr>
      </w:pPr>
      <w:r>
        <w:rPr>
          <w:lang w:eastAsia="ja-JP"/>
        </w:rPr>
        <w:t>見積書、契約書、領収書、マニフェストは、自費解体・撤去の対象物、契約者、解体業者等、工事内容および金額の関係が確認できるようにしてください。</w:t>
      </w:r>
    </w:p>
    <w:p w14:paraId="4CFD8B83" w14:textId="77777777" w:rsidR="00983653" w:rsidRDefault="004172C7">
      <w:pPr>
        <w:pStyle w:val="a0"/>
        <w:ind w:left="283" w:hanging="113"/>
        <w:rPr>
          <w:lang w:eastAsia="ja-JP"/>
        </w:rPr>
      </w:pPr>
      <w:r>
        <w:rPr>
          <w:lang w:eastAsia="ja-JP"/>
        </w:rPr>
        <w:t>損壊工作物、がれき等は、損壊建築物の地上部分と一体的に解体・撤去したもののうち、市が対象と認めるものに限られます。</w:t>
      </w:r>
    </w:p>
    <w:tbl>
      <w:tblPr>
        <w:tblW w:w="0" w:type="auto"/>
        <w:jc w:val="center"/>
        <w:tblBorders>
          <w:top w:val="single" w:sz="5" w:space="0" w:color="7BA7C0"/>
          <w:left w:val="single" w:sz="5" w:space="0" w:color="7BA7C0"/>
          <w:bottom w:val="single" w:sz="5" w:space="0" w:color="7BA7C0"/>
          <w:right w:val="single" w:sz="5" w:space="0" w:color="7BA7C0"/>
          <w:insideH w:val="single" w:sz="5" w:space="0" w:color="7BA7C0"/>
          <w:insideV w:val="single" w:sz="5" w:space="0" w:color="7BA7C0"/>
        </w:tblBorders>
        <w:tblLayout w:type="fixed"/>
        <w:tblLook w:val="04A0" w:firstRow="1" w:lastRow="0" w:firstColumn="1" w:lastColumn="0" w:noHBand="0" w:noVBand="1"/>
      </w:tblPr>
      <w:tblGrid>
        <w:gridCol w:w="10091"/>
      </w:tblGrid>
      <w:tr w:rsidR="00983653" w14:paraId="78DC4173" w14:textId="77777777">
        <w:trPr>
          <w:jc w:val="center"/>
        </w:trPr>
        <w:tc>
          <w:tcPr>
            <w:tcW w:w="10091" w:type="dxa"/>
            <w:shd w:val="clear" w:color="auto" w:fill="EAF3F8"/>
            <w:tcMar>
              <w:top w:w="100" w:type="dxa"/>
              <w:left w:w="130" w:type="dxa"/>
              <w:bottom w:w="100" w:type="dxa"/>
              <w:right w:w="130" w:type="dxa"/>
            </w:tcMar>
          </w:tcPr>
          <w:p w14:paraId="35DE07FE" w14:textId="77777777" w:rsidR="00983653" w:rsidRDefault="004172C7">
            <w:pPr>
              <w:spacing w:after="40"/>
              <w:rPr>
                <w:lang w:eastAsia="ja-JP"/>
              </w:rPr>
            </w:pPr>
            <w:r>
              <w:rPr>
                <w:b/>
                <w:color w:val="245B7A"/>
                <w:sz w:val="21"/>
                <w:lang w:eastAsia="ja-JP"/>
              </w:rPr>
              <w:t>書類の作成日・発行日</w:t>
            </w:r>
          </w:p>
          <w:p w14:paraId="21E5683A" w14:textId="77777777" w:rsidR="00983653" w:rsidRDefault="004172C7">
            <w:pPr>
              <w:spacing w:after="0" w:line="259" w:lineRule="auto"/>
              <w:rPr>
                <w:lang w:eastAsia="ja-JP"/>
              </w:rPr>
            </w:pPr>
            <w:r>
              <w:rPr>
                <w:lang w:eastAsia="ja-JP"/>
              </w:rPr>
              <w:t>提出書類は、特段の事情がある場合を除き、原則として令和8年7月28日以後に作成された原本を提出または提示してください。登記事項証明書、評価証明書、印鑑登録証明書および法人の登記事項証明書は、発行後6か月以内のものが必要です。市が公簿等で確認できる場合は、書類の一部を省略できることがあります。</w:t>
            </w:r>
          </w:p>
        </w:tc>
      </w:tr>
    </w:tbl>
    <w:p w14:paraId="34C7C473" w14:textId="77777777" w:rsidR="00983653" w:rsidRDefault="004172C7">
      <w:pPr>
        <w:pStyle w:val="1"/>
      </w:pPr>
      <w:proofErr w:type="spellStart"/>
      <w:r>
        <w:t>申請後の流れ</w:t>
      </w:r>
      <w:proofErr w:type="spellEnd"/>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ayout w:type="fixed"/>
        <w:tblLook w:val="04A0" w:firstRow="1" w:lastRow="0" w:firstColumn="1" w:lastColumn="0" w:noHBand="0" w:noVBand="1"/>
      </w:tblPr>
      <w:tblGrid>
        <w:gridCol w:w="737"/>
        <w:gridCol w:w="2664"/>
        <w:gridCol w:w="6689"/>
      </w:tblGrid>
      <w:tr w:rsidR="00983653" w14:paraId="2FCF3DB7" w14:textId="77777777">
        <w:trPr>
          <w:cantSplit/>
          <w:jc w:val="center"/>
        </w:trPr>
        <w:tc>
          <w:tcPr>
            <w:tcW w:w="737" w:type="dxa"/>
            <w:shd w:val="clear" w:color="auto" w:fill="174A73"/>
            <w:tcMar>
              <w:top w:w="80" w:type="dxa"/>
              <w:left w:w="90" w:type="dxa"/>
              <w:bottom w:w="80" w:type="dxa"/>
              <w:right w:w="90" w:type="dxa"/>
            </w:tcMar>
            <w:vAlign w:val="center"/>
          </w:tcPr>
          <w:p w14:paraId="6EC84A5D" w14:textId="77777777" w:rsidR="00983653" w:rsidRDefault="004172C7">
            <w:pPr>
              <w:spacing w:after="0" w:line="252" w:lineRule="auto"/>
              <w:jc w:val="center"/>
            </w:pPr>
            <w:r>
              <w:rPr>
                <w:b/>
                <w:color w:val="FFFFFF"/>
              </w:rPr>
              <w:t>1</w:t>
            </w:r>
          </w:p>
        </w:tc>
        <w:tc>
          <w:tcPr>
            <w:tcW w:w="2664" w:type="dxa"/>
            <w:shd w:val="clear" w:color="auto" w:fill="D9EAF7"/>
            <w:tcMar>
              <w:top w:w="80" w:type="dxa"/>
              <w:left w:w="90" w:type="dxa"/>
              <w:bottom w:w="80" w:type="dxa"/>
              <w:right w:w="90" w:type="dxa"/>
            </w:tcMar>
            <w:vAlign w:val="center"/>
          </w:tcPr>
          <w:p w14:paraId="14D9C2C8" w14:textId="77777777" w:rsidR="00983653" w:rsidRDefault="004172C7">
            <w:pPr>
              <w:spacing w:after="0" w:line="252" w:lineRule="auto"/>
            </w:pPr>
            <w:proofErr w:type="spellStart"/>
            <w:r>
              <w:rPr>
                <w:b/>
                <w:sz w:val="18"/>
              </w:rPr>
              <w:t>申請・書類確認</w:t>
            </w:r>
            <w:proofErr w:type="spellEnd"/>
          </w:p>
        </w:tc>
        <w:tc>
          <w:tcPr>
            <w:tcW w:w="6689" w:type="dxa"/>
            <w:tcMar>
              <w:top w:w="80" w:type="dxa"/>
              <w:left w:w="90" w:type="dxa"/>
              <w:bottom w:w="80" w:type="dxa"/>
              <w:right w:w="90" w:type="dxa"/>
            </w:tcMar>
            <w:vAlign w:val="center"/>
          </w:tcPr>
          <w:p w14:paraId="011222D7" w14:textId="77777777" w:rsidR="00983653" w:rsidRDefault="004172C7">
            <w:pPr>
              <w:spacing w:after="0" w:line="252" w:lineRule="auto"/>
              <w:rPr>
                <w:lang w:eastAsia="ja-JP"/>
              </w:rPr>
            </w:pPr>
            <w:r>
              <w:rPr>
                <w:sz w:val="18"/>
                <w:lang w:eastAsia="ja-JP"/>
              </w:rPr>
              <w:t>償還申請書と必要書類を提出します。不備がある場合は補正をお願いすることがあります。</w:t>
            </w:r>
          </w:p>
        </w:tc>
      </w:tr>
      <w:tr w:rsidR="00983653" w14:paraId="69E9C907" w14:textId="77777777">
        <w:trPr>
          <w:cantSplit/>
          <w:jc w:val="center"/>
        </w:trPr>
        <w:tc>
          <w:tcPr>
            <w:tcW w:w="737" w:type="dxa"/>
            <w:shd w:val="clear" w:color="auto" w:fill="174A73"/>
            <w:tcMar>
              <w:top w:w="80" w:type="dxa"/>
              <w:left w:w="90" w:type="dxa"/>
              <w:bottom w:w="80" w:type="dxa"/>
              <w:right w:w="90" w:type="dxa"/>
            </w:tcMar>
            <w:vAlign w:val="center"/>
          </w:tcPr>
          <w:p w14:paraId="3C7F6462" w14:textId="77777777" w:rsidR="00983653" w:rsidRDefault="004172C7">
            <w:pPr>
              <w:spacing w:after="0" w:line="252" w:lineRule="auto"/>
              <w:jc w:val="center"/>
            </w:pPr>
            <w:r>
              <w:rPr>
                <w:b/>
                <w:color w:val="FFFFFF"/>
              </w:rPr>
              <w:t>2</w:t>
            </w:r>
          </w:p>
        </w:tc>
        <w:tc>
          <w:tcPr>
            <w:tcW w:w="2664" w:type="dxa"/>
            <w:shd w:val="clear" w:color="auto" w:fill="D9EAF7"/>
            <w:tcMar>
              <w:top w:w="80" w:type="dxa"/>
              <w:left w:w="90" w:type="dxa"/>
              <w:bottom w:w="80" w:type="dxa"/>
              <w:right w:w="90" w:type="dxa"/>
            </w:tcMar>
            <w:vAlign w:val="center"/>
          </w:tcPr>
          <w:p w14:paraId="7E3ACCD7" w14:textId="77777777" w:rsidR="00983653" w:rsidRDefault="004172C7">
            <w:pPr>
              <w:spacing w:after="0" w:line="252" w:lineRule="auto"/>
              <w:rPr>
                <w:lang w:eastAsia="ja-JP"/>
              </w:rPr>
            </w:pPr>
            <w:r>
              <w:rPr>
                <w:b/>
                <w:sz w:val="18"/>
                <w:lang w:eastAsia="ja-JP"/>
              </w:rPr>
              <w:t>審査・必要に応じて現地調査</w:t>
            </w:r>
          </w:p>
        </w:tc>
        <w:tc>
          <w:tcPr>
            <w:tcW w:w="6689" w:type="dxa"/>
            <w:tcMar>
              <w:top w:w="80" w:type="dxa"/>
              <w:left w:w="90" w:type="dxa"/>
              <w:bottom w:w="80" w:type="dxa"/>
              <w:right w:w="90" w:type="dxa"/>
            </w:tcMar>
            <w:vAlign w:val="center"/>
          </w:tcPr>
          <w:p w14:paraId="30D15655" w14:textId="77777777" w:rsidR="00983653" w:rsidRDefault="004172C7">
            <w:pPr>
              <w:spacing w:after="0" w:line="245" w:lineRule="auto"/>
              <w:rPr>
                <w:lang w:eastAsia="ja-JP"/>
              </w:rPr>
            </w:pPr>
            <w:r>
              <w:rPr>
                <w:sz w:val="18"/>
                <w:lang w:eastAsia="ja-JP"/>
              </w:rPr>
              <w:t>市は、申請内容の審査に必要があるときは、現地調査その他必要な調査を行います。審査の結果、償還の全部または一部が対象外となる場合があります。</w:t>
            </w:r>
          </w:p>
        </w:tc>
      </w:tr>
      <w:tr w:rsidR="00983653" w14:paraId="55CDC35A" w14:textId="77777777">
        <w:trPr>
          <w:cantSplit/>
          <w:jc w:val="center"/>
        </w:trPr>
        <w:tc>
          <w:tcPr>
            <w:tcW w:w="737" w:type="dxa"/>
            <w:shd w:val="clear" w:color="auto" w:fill="174A73"/>
            <w:tcMar>
              <w:top w:w="80" w:type="dxa"/>
              <w:left w:w="90" w:type="dxa"/>
              <w:bottom w:w="80" w:type="dxa"/>
              <w:right w:w="90" w:type="dxa"/>
            </w:tcMar>
            <w:vAlign w:val="center"/>
          </w:tcPr>
          <w:p w14:paraId="48D1FCB1" w14:textId="77777777" w:rsidR="00983653" w:rsidRDefault="004172C7">
            <w:pPr>
              <w:spacing w:after="0" w:line="252" w:lineRule="auto"/>
              <w:jc w:val="center"/>
            </w:pPr>
            <w:r>
              <w:rPr>
                <w:b/>
                <w:color w:val="FFFFFF"/>
              </w:rPr>
              <w:t>3</w:t>
            </w:r>
          </w:p>
        </w:tc>
        <w:tc>
          <w:tcPr>
            <w:tcW w:w="2664" w:type="dxa"/>
            <w:shd w:val="clear" w:color="auto" w:fill="D9EAF7"/>
            <w:tcMar>
              <w:top w:w="80" w:type="dxa"/>
              <w:left w:w="90" w:type="dxa"/>
              <w:bottom w:w="80" w:type="dxa"/>
              <w:right w:w="90" w:type="dxa"/>
            </w:tcMar>
            <w:vAlign w:val="center"/>
          </w:tcPr>
          <w:p w14:paraId="3AD7E266" w14:textId="77777777" w:rsidR="00983653" w:rsidRDefault="004172C7">
            <w:pPr>
              <w:spacing w:after="0" w:line="252" w:lineRule="auto"/>
              <w:rPr>
                <w:lang w:eastAsia="ja-JP"/>
              </w:rPr>
            </w:pPr>
            <w:r>
              <w:rPr>
                <w:b/>
                <w:sz w:val="18"/>
                <w:lang w:eastAsia="ja-JP"/>
              </w:rPr>
              <w:t>交付決定・金額確定の通知</w:t>
            </w:r>
          </w:p>
        </w:tc>
        <w:tc>
          <w:tcPr>
            <w:tcW w:w="6689" w:type="dxa"/>
            <w:tcMar>
              <w:top w:w="80" w:type="dxa"/>
              <w:left w:w="90" w:type="dxa"/>
              <w:bottom w:w="80" w:type="dxa"/>
              <w:right w:w="90" w:type="dxa"/>
            </w:tcMar>
            <w:vAlign w:val="center"/>
          </w:tcPr>
          <w:p w14:paraId="07154391" w14:textId="77777777" w:rsidR="00983653" w:rsidRDefault="004172C7">
            <w:pPr>
              <w:spacing w:after="0" w:line="252" w:lineRule="auto"/>
              <w:rPr>
                <w:lang w:eastAsia="ja-JP"/>
              </w:rPr>
            </w:pPr>
            <w:r>
              <w:rPr>
                <w:sz w:val="18"/>
                <w:lang w:eastAsia="ja-JP"/>
              </w:rPr>
              <w:t>償還の可否と償還金額を通知します。解体業者等への支払額を下回る場合があります。</w:t>
            </w:r>
          </w:p>
        </w:tc>
      </w:tr>
      <w:tr w:rsidR="00983653" w14:paraId="38F0C3AF" w14:textId="77777777">
        <w:trPr>
          <w:cantSplit/>
          <w:jc w:val="center"/>
        </w:trPr>
        <w:tc>
          <w:tcPr>
            <w:tcW w:w="737" w:type="dxa"/>
            <w:shd w:val="clear" w:color="auto" w:fill="174A73"/>
            <w:tcMar>
              <w:top w:w="80" w:type="dxa"/>
              <w:left w:w="90" w:type="dxa"/>
              <w:bottom w:w="80" w:type="dxa"/>
              <w:right w:w="90" w:type="dxa"/>
            </w:tcMar>
            <w:vAlign w:val="center"/>
          </w:tcPr>
          <w:p w14:paraId="51CC3DF1" w14:textId="77777777" w:rsidR="00983653" w:rsidRDefault="004172C7">
            <w:pPr>
              <w:spacing w:after="0" w:line="252" w:lineRule="auto"/>
              <w:jc w:val="center"/>
            </w:pPr>
            <w:r>
              <w:rPr>
                <w:b/>
                <w:color w:val="FFFFFF"/>
              </w:rPr>
              <w:t>4</w:t>
            </w:r>
          </w:p>
        </w:tc>
        <w:tc>
          <w:tcPr>
            <w:tcW w:w="2664" w:type="dxa"/>
            <w:shd w:val="clear" w:color="auto" w:fill="D9EAF7"/>
            <w:tcMar>
              <w:top w:w="80" w:type="dxa"/>
              <w:left w:w="90" w:type="dxa"/>
              <w:bottom w:w="80" w:type="dxa"/>
              <w:right w:w="90" w:type="dxa"/>
            </w:tcMar>
            <w:vAlign w:val="center"/>
          </w:tcPr>
          <w:p w14:paraId="2371361F" w14:textId="77777777" w:rsidR="00983653" w:rsidRDefault="004172C7">
            <w:pPr>
              <w:spacing w:after="0" w:line="252" w:lineRule="auto"/>
            </w:pPr>
            <w:proofErr w:type="spellStart"/>
            <w:r>
              <w:rPr>
                <w:b/>
                <w:sz w:val="18"/>
              </w:rPr>
              <w:t>償還金の請求</w:t>
            </w:r>
            <w:proofErr w:type="spellEnd"/>
          </w:p>
        </w:tc>
        <w:tc>
          <w:tcPr>
            <w:tcW w:w="6689" w:type="dxa"/>
            <w:tcMar>
              <w:top w:w="80" w:type="dxa"/>
              <w:left w:w="90" w:type="dxa"/>
              <w:bottom w:w="80" w:type="dxa"/>
              <w:right w:w="90" w:type="dxa"/>
            </w:tcMar>
            <w:vAlign w:val="center"/>
          </w:tcPr>
          <w:p w14:paraId="4936087F" w14:textId="77777777" w:rsidR="00983653" w:rsidRDefault="004172C7">
            <w:pPr>
              <w:spacing w:after="0" w:line="245" w:lineRule="auto"/>
              <w:rPr>
                <w:lang w:eastAsia="ja-JP"/>
              </w:rPr>
            </w:pPr>
            <w:r>
              <w:rPr>
                <w:sz w:val="18"/>
                <w:lang w:eastAsia="ja-JP"/>
              </w:rPr>
              <w:t>交付決定および償還金額の確定通知を受けた後、自費解体・撤去に係る償還金交付請求書兼口座振込依頼書と、市が必要と認める書類を速やかに提出します。</w:t>
            </w:r>
          </w:p>
        </w:tc>
      </w:tr>
    </w:tbl>
    <w:p w14:paraId="078FD85C" w14:textId="77777777" w:rsidR="00983653" w:rsidRDefault="004172C7">
      <w:pPr>
        <w:pStyle w:val="1"/>
        <w:rPr>
          <w:lang w:eastAsia="ja-JP"/>
        </w:rPr>
      </w:pPr>
      <w:r>
        <w:rPr>
          <w:lang w:eastAsia="ja-JP"/>
        </w:rPr>
        <w:t>受付期間・相談先</w:t>
      </w:r>
    </w:p>
    <w:p w14:paraId="5F12B61D" w14:textId="73695C1C" w:rsidR="00F56725" w:rsidRPr="00F56725" w:rsidRDefault="00F56725" w:rsidP="00F56725">
      <w:pPr>
        <w:jc w:val="center"/>
        <w:rPr>
          <w:sz w:val="22"/>
          <w:szCs w:val="28"/>
          <w:lang w:eastAsia="zh-TW"/>
        </w:rPr>
      </w:pPr>
      <w:r w:rsidRPr="00F56725">
        <w:rPr>
          <w:b/>
          <w:color w:val="C00000"/>
          <w:sz w:val="28"/>
          <w:szCs w:val="28"/>
          <w:lang w:eastAsia="zh-TW"/>
        </w:rPr>
        <w:t>申請受付期限：令和9年1月</w:t>
      </w:r>
      <w:r w:rsidR="00880071">
        <w:rPr>
          <w:rFonts w:hint="eastAsia"/>
          <w:b/>
          <w:color w:val="C00000"/>
          <w:sz w:val="28"/>
          <w:szCs w:val="28"/>
          <w:lang w:eastAsia="ja-JP"/>
        </w:rPr>
        <w:t>29</w:t>
      </w:r>
      <w:r w:rsidRPr="00F56725">
        <w:rPr>
          <w:b/>
          <w:color w:val="C00000"/>
          <w:sz w:val="28"/>
          <w:szCs w:val="28"/>
          <w:lang w:eastAsia="zh-TW"/>
        </w:rPr>
        <w:t>日</w:t>
      </w:r>
      <w:r w:rsidR="00011F49">
        <w:rPr>
          <w:rFonts w:hint="eastAsia"/>
          <w:b/>
          <w:color w:val="C00000"/>
          <w:sz w:val="28"/>
          <w:szCs w:val="28"/>
          <w:lang w:eastAsia="ja-JP"/>
        </w:rPr>
        <w:t>(金)</w:t>
      </w:r>
    </w:p>
    <w:p w14:paraId="346BF559" w14:textId="77777777" w:rsidR="00983653" w:rsidRDefault="004172C7">
      <w:pPr>
        <w:jc w:val="center"/>
        <w:rPr>
          <w:lang w:eastAsia="ja-JP"/>
        </w:rPr>
      </w:pPr>
      <w:r>
        <w:rPr>
          <w:lang w:eastAsia="ja-JP"/>
        </w:rPr>
        <w:t>申請の受付期間は別にお知らせします。必要書類の準備が難しい場合や、提出書類の内容が分からない場合は、来庁前に専用ダイヤルへご相談ください。</w:t>
      </w:r>
    </w:p>
    <w:p w14:paraId="2CB02C74" w14:textId="2F0A4169" w:rsidR="00983653" w:rsidRDefault="004172C7">
      <w:pPr>
        <w:jc w:val="center"/>
        <w:rPr>
          <w:lang w:eastAsia="ja-JP"/>
        </w:rPr>
      </w:pPr>
      <w:r>
        <w:rPr>
          <w:b/>
          <w:color w:val="C00000"/>
          <w:sz w:val="26"/>
          <w:lang w:eastAsia="ja-JP"/>
        </w:rPr>
        <w:t xml:space="preserve">公費解体受付専用ダイヤル　</w:t>
      </w:r>
      <w:r w:rsidR="00F05DF0">
        <w:rPr>
          <w:rFonts w:hint="eastAsia"/>
          <w:b/>
          <w:color w:val="C00000"/>
          <w:sz w:val="26"/>
          <w:lang w:eastAsia="ja-JP"/>
        </w:rPr>
        <w:t>0964-</w:t>
      </w:r>
      <w:r>
        <w:rPr>
          <w:b/>
          <w:color w:val="C00000"/>
          <w:sz w:val="26"/>
          <w:lang w:eastAsia="ja-JP"/>
        </w:rPr>
        <w:t>27-7533</w:t>
      </w:r>
    </w:p>
    <w:p w14:paraId="7DA61ECD" w14:textId="77777777" w:rsidR="00983653" w:rsidRDefault="004172C7">
      <w:pPr>
        <w:spacing w:before="100"/>
        <w:rPr>
          <w:lang w:eastAsia="ja-JP"/>
        </w:rPr>
      </w:pPr>
      <w:r>
        <w:rPr>
          <w:b/>
          <w:lang w:eastAsia="ja-JP"/>
        </w:rPr>
        <w:t xml:space="preserve">ご注意　</w:t>
      </w:r>
      <w:r>
        <w:rPr>
          <w:lang w:eastAsia="ja-JP"/>
        </w:rPr>
        <w:t>申請内容や審査結果により、追加書類の提出をお願いする場合があります。虚偽の申請や不正な手段により償還を受けた場合は、決定の取消しや償還金の返還を求めることがあります。</w:t>
      </w:r>
    </w:p>
    <w:sectPr w:rsidR="00983653" w:rsidSect="00034616">
      <w:headerReference w:type="default" r:id="rId8"/>
      <w:footerReference w:type="default" r:id="rId9"/>
      <w:pgSz w:w="11906" w:h="16838"/>
      <w:pgMar w:top="794" w:right="907" w:bottom="794" w:left="907"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BAA76" w14:textId="77777777" w:rsidR="002244A4" w:rsidRDefault="002244A4">
      <w:pPr>
        <w:spacing w:after="0" w:line="240" w:lineRule="auto"/>
      </w:pPr>
      <w:r>
        <w:separator/>
      </w:r>
    </w:p>
  </w:endnote>
  <w:endnote w:type="continuationSeparator" w:id="0">
    <w:p w14:paraId="3D092B8A" w14:textId="77777777" w:rsidR="002244A4" w:rsidRDefault="00224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86B5" w14:textId="2CC2F3CF" w:rsidR="00983653" w:rsidRDefault="004172C7">
    <w:pPr>
      <w:pStyle w:val="a7"/>
      <w:jc w:val="center"/>
      <w:rPr>
        <w:lang w:eastAsia="ja-JP"/>
      </w:rPr>
    </w:pPr>
    <w:r>
      <w:rPr>
        <w:b/>
        <w:color w:val="1F4E78"/>
        <w:sz w:val="18"/>
        <w:lang w:eastAsia="ja-JP"/>
      </w:rPr>
      <w:t>問合せ先：公費解体受付専用ダイヤル（</w:t>
    </w:r>
    <w:r w:rsidR="00581FEB">
      <w:rPr>
        <w:rFonts w:hint="eastAsia"/>
        <w:b/>
        <w:color w:val="1F4E78"/>
        <w:sz w:val="18"/>
        <w:lang w:eastAsia="ja-JP"/>
      </w:rPr>
      <w:t>0964-</w:t>
    </w:r>
    <w:r>
      <w:rPr>
        <w:b/>
        <w:color w:val="1F4E78"/>
        <w:sz w:val="18"/>
        <w:lang w:eastAsia="ja-JP"/>
      </w:rPr>
      <w:t>27-7533）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B3C0D" w14:textId="77777777" w:rsidR="002244A4" w:rsidRDefault="002244A4">
      <w:pPr>
        <w:spacing w:after="0" w:line="240" w:lineRule="auto"/>
      </w:pPr>
      <w:r>
        <w:separator/>
      </w:r>
    </w:p>
  </w:footnote>
  <w:footnote w:type="continuationSeparator" w:id="0">
    <w:p w14:paraId="6EA4AEB9" w14:textId="77777777" w:rsidR="002244A4" w:rsidRDefault="00224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7B52" w14:textId="375608D6" w:rsidR="00983653" w:rsidRPr="00581FEB" w:rsidRDefault="004172C7" w:rsidP="00581FEB">
    <w:pPr>
      <w:pStyle w:val="a5"/>
      <w:wordWrap w:val="0"/>
      <w:jc w:val="right"/>
      <w:rPr>
        <w:b/>
        <w:color w:val="5A5A5A"/>
        <w:sz w:val="18"/>
        <w:lang w:eastAsia="ja-JP"/>
      </w:rPr>
    </w:pPr>
    <w:proofErr w:type="spellStart"/>
    <w:r>
      <w:rPr>
        <w:b/>
        <w:color w:val="5A5A5A"/>
        <w:sz w:val="18"/>
      </w:rPr>
      <w:t>宇城市</w:t>
    </w:r>
    <w:proofErr w:type="spellEnd"/>
    <w:r w:rsidR="00581FEB">
      <w:rPr>
        <w:rFonts w:hint="eastAsia"/>
        <w:b/>
        <w:color w:val="5A5A5A"/>
        <w:sz w:val="18"/>
        <w:lang w:eastAsia="ja-JP"/>
      </w:rPr>
      <w:t xml:space="preserve">　令和8年9月1</w:t>
    </w:r>
    <w:r w:rsidR="00880071">
      <w:rPr>
        <w:rFonts w:hint="eastAsia"/>
        <w:b/>
        <w:color w:val="5A5A5A"/>
        <w:sz w:val="18"/>
        <w:lang w:eastAsia="ja-JP"/>
      </w:rPr>
      <w:t>8</w:t>
    </w:r>
    <w:r w:rsidR="00581FEB">
      <w:rPr>
        <w:rFonts w:hint="eastAsia"/>
        <w:b/>
        <w:color w:val="5A5A5A"/>
        <w:sz w:val="18"/>
        <w:lang w:eastAsia="ja-JP"/>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22683427">
    <w:abstractNumId w:val="8"/>
  </w:num>
  <w:num w:numId="2" w16cid:durableId="1502820171">
    <w:abstractNumId w:val="6"/>
  </w:num>
  <w:num w:numId="3" w16cid:durableId="60300320">
    <w:abstractNumId w:val="5"/>
  </w:num>
  <w:num w:numId="4" w16cid:durableId="2026975273">
    <w:abstractNumId w:val="4"/>
  </w:num>
  <w:num w:numId="5" w16cid:durableId="488135811">
    <w:abstractNumId w:val="7"/>
  </w:num>
  <w:num w:numId="6" w16cid:durableId="1234312681">
    <w:abstractNumId w:val="3"/>
  </w:num>
  <w:num w:numId="7" w16cid:durableId="347102851">
    <w:abstractNumId w:val="2"/>
  </w:num>
  <w:num w:numId="8" w16cid:durableId="581763314">
    <w:abstractNumId w:val="1"/>
  </w:num>
  <w:num w:numId="9" w16cid:durableId="222908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F49"/>
    <w:rsid w:val="00034616"/>
    <w:rsid w:val="0006063C"/>
    <w:rsid w:val="00111CCF"/>
    <w:rsid w:val="0015074B"/>
    <w:rsid w:val="00161A13"/>
    <w:rsid w:val="001A4993"/>
    <w:rsid w:val="00211EC7"/>
    <w:rsid w:val="002244A4"/>
    <w:rsid w:val="002614E1"/>
    <w:rsid w:val="00273677"/>
    <w:rsid w:val="00275D50"/>
    <w:rsid w:val="0029639D"/>
    <w:rsid w:val="002F5F22"/>
    <w:rsid w:val="00326F90"/>
    <w:rsid w:val="003F5934"/>
    <w:rsid w:val="004172C7"/>
    <w:rsid w:val="00581FEB"/>
    <w:rsid w:val="007B16C2"/>
    <w:rsid w:val="00880071"/>
    <w:rsid w:val="008A06AB"/>
    <w:rsid w:val="009712DC"/>
    <w:rsid w:val="00983653"/>
    <w:rsid w:val="00AA1D8D"/>
    <w:rsid w:val="00B47730"/>
    <w:rsid w:val="00B9772F"/>
    <w:rsid w:val="00C24647"/>
    <w:rsid w:val="00C50418"/>
    <w:rsid w:val="00CB0664"/>
    <w:rsid w:val="00D567DC"/>
    <w:rsid w:val="00D83042"/>
    <w:rsid w:val="00DC128A"/>
    <w:rsid w:val="00E23608"/>
    <w:rsid w:val="00E5650F"/>
    <w:rsid w:val="00EA1FEB"/>
    <w:rsid w:val="00F05DF0"/>
    <w:rsid w:val="00F4037D"/>
    <w:rsid w:val="00F56725"/>
    <w:rsid w:val="00F622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0E6840A"/>
  <w14:defaultImageDpi w14:val="300"/>
  <w15:docId w15:val="{BCD71232-052D-472B-B7F6-504D2F9D1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游ゴシック" w:eastAsia="游ゴシック" w:hAnsi="游ゴシック"/>
      <w:color w:val="282828"/>
      <w:sz w:val="20"/>
    </w:rPr>
  </w:style>
  <w:style w:type="paragraph" w:styleId="1">
    <w:name w:val="heading 1"/>
    <w:basedOn w:val="a1"/>
    <w:next w:val="a1"/>
    <w:link w:val="10"/>
    <w:uiPriority w:val="9"/>
    <w:qFormat/>
    <w:rsid w:val="00FC693F"/>
    <w:pPr>
      <w:keepNext/>
      <w:keepLines/>
      <w:spacing w:before="140"/>
      <w:outlineLvl w:val="0"/>
    </w:pPr>
    <w:rPr>
      <w:rFonts w:asciiTheme="majorHAnsi" w:eastAsiaTheme="majorEastAsia" w:hAnsiTheme="majorHAnsi" w:cstheme="majorBidi"/>
      <w:b/>
      <w:bCs/>
      <w:color w:val="174A73"/>
      <w:sz w:val="28"/>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color w:val="245B7A"/>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74A73"/>
      <w:spacing w:val="5"/>
      <w:kern w:val="28"/>
      <w:sz w:val="38"/>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Pages>
  <Words>335</Words>
  <Characters>1914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峯野　夢絃</dc:creator>
  <cp:keywords/>
  <dc:description>generated by python-docx</dc:description>
  <cp:lastModifiedBy>橋口　真沙美</cp:lastModifiedBy>
  <cp:revision>9</cp:revision>
  <cp:lastPrinted>2026-09-18T01:21:00Z</cp:lastPrinted>
  <dcterms:created xsi:type="dcterms:W3CDTF">2026-09-15T09:30:00Z</dcterms:created>
  <dcterms:modified xsi:type="dcterms:W3CDTF">2026-09-23T02:22:00Z</dcterms:modified>
  <cp:category/>
</cp:coreProperties>
</file>