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BC9F7" w14:textId="16EF90D8" w:rsidR="00057D4A" w:rsidRPr="00E4576E" w:rsidRDefault="00E769B5">
      <w:pPr>
        <w:spacing w:after="100"/>
        <w:jc w:val="center"/>
        <w:rPr>
          <w:sz w:val="24"/>
          <w:szCs w:val="28"/>
          <w:lang w:eastAsia="ja-JP"/>
        </w:rPr>
      </w:pPr>
      <w:r>
        <w:rPr>
          <w:rFonts w:hint="eastAsia"/>
          <w:b/>
          <w:sz w:val="36"/>
          <w:szCs w:val="28"/>
          <w:lang w:eastAsia="ja-JP"/>
        </w:rPr>
        <w:t>令和８年熊本地震の影響による事業</w:t>
      </w:r>
      <w:r w:rsidR="006461DC">
        <w:rPr>
          <w:rFonts w:hint="eastAsia"/>
          <w:b/>
          <w:sz w:val="36"/>
          <w:szCs w:val="28"/>
          <w:lang w:eastAsia="ja-JP"/>
        </w:rPr>
        <w:t>廃止・</w:t>
      </w:r>
      <w:r w:rsidRPr="00E4576E">
        <w:rPr>
          <w:b/>
          <w:sz w:val="36"/>
          <w:szCs w:val="28"/>
          <w:lang w:eastAsia="ja-JP"/>
        </w:rPr>
        <w:t>休止申立書</w:t>
      </w:r>
    </w:p>
    <w:p w14:paraId="0CFE5F9E" w14:textId="26A9D0D9" w:rsidR="002A2376" w:rsidRPr="002A2376" w:rsidRDefault="002A2376" w:rsidP="006130E6">
      <w:pPr>
        <w:spacing w:after="100" w:line="240" w:lineRule="auto"/>
        <w:ind w:firstLineChars="100" w:firstLine="280"/>
        <w:rPr>
          <w:b/>
          <w:bCs/>
          <w:sz w:val="28"/>
          <w:szCs w:val="36"/>
          <w:lang w:eastAsia="ja-JP"/>
        </w:rPr>
      </w:pPr>
      <w:r w:rsidRPr="002A2376">
        <w:rPr>
          <w:rFonts w:hint="eastAsia"/>
          <w:b/>
          <w:bCs/>
          <w:sz w:val="28"/>
          <w:szCs w:val="36"/>
          <w:lang w:eastAsia="ja-JP"/>
        </w:rPr>
        <w:t>宇城市長　様</w:t>
      </w:r>
    </w:p>
    <w:p w14:paraId="3C8872A2" w14:textId="77777777" w:rsidR="00D016ED" w:rsidRDefault="00D016ED" w:rsidP="00A82F09">
      <w:pPr>
        <w:spacing w:after="100" w:line="100" w:lineRule="exact"/>
        <w:rPr>
          <w:b/>
          <w:bCs/>
          <w:sz w:val="22"/>
          <w:szCs w:val="28"/>
          <w:lang w:eastAsia="ja-JP"/>
        </w:rPr>
      </w:pPr>
    </w:p>
    <w:p w14:paraId="362461A0" w14:textId="5170A598" w:rsidR="00E4576E" w:rsidRDefault="00000000" w:rsidP="00D016ED">
      <w:pPr>
        <w:spacing w:after="100" w:line="240" w:lineRule="auto"/>
        <w:ind w:firstLineChars="200" w:firstLine="440"/>
        <w:rPr>
          <w:b/>
          <w:bCs/>
          <w:sz w:val="22"/>
          <w:szCs w:val="28"/>
          <w:lang w:eastAsia="ja-JP"/>
        </w:rPr>
      </w:pPr>
      <w:r w:rsidRPr="00E4576E">
        <w:rPr>
          <w:b/>
          <w:bCs/>
          <w:sz w:val="22"/>
          <w:szCs w:val="28"/>
          <w:lang w:eastAsia="ja-JP"/>
        </w:rPr>
        <w:t>令和</w:t>
      </w:r>
      <w:r w:rsidR="006130E6" w:rsidRPr="00E4576E">
        <w:rPr>
          <w:rFonts w:hint="eastAsia"/>
          <w:b/>
          <w:bCs/>
          <w:sz w:val="22"/>
          <w:szCs w:val="28"/>
          <w:lang w:eastAsia="ja-JP"/>
        </w:rPr>
        <w:t>８</w:t>
      </w:r>
      <w:r w:rsidRPr="00E4576E">
        <w:rPr>
          <w:b/>
          <w:bCs/>
          <w:sz w:val="22"/>
          <w:szCs w:val="28"/>
          <w:lang w:eastAsia="ja-JP"/>
        </w:rPr>
        <w:t>年熊本地震により、主たる生計維持者が営む</w:t>
      </w:r>
      <w:r w:rsidR="00E769B5">
        <w:rPr>
          <w:rFonts w:hint="eastAsia"/>
          <w:b/>
          <w:bCs/>
          <w:sz w:val="22"/>
          <w:szCs w:val="28"/>
          <w:lang w:eastAsia="ja-JP"/>
        </w:rPr>
        <w:t>事業</w:t>
      </w:r>
      <w:r w:rsidRPr="00E4576E">
        <w:rPr>
          <w:b/>
          <w:bCs/>
          <w:sz w:val="22"/>
          <w:szCs w:val="28"/>
          <w:lang w:eastAsia="ja-JP"/>
        </w:rPr>
        <w:t>を</w:t>
      </w:r>
      <w:r w:rsidR="006461DC">
        <w:rPr>
          <w:rFonts w:hint="eastAsia"/>
          <w:b/>
          <w:bCs/>
          <w:sz w:val="22"/>
          <w:szCs w:val="28"/>
          <w:lang w:eastAsia="ja-JP"/>
        </w:rPr>
        <w:t>廃止・</w:t>
      </w:r>
      <w:r w:rsidRPr="00E4576E">
        <w:rPr>
          <w:b/>
          <w:bCs/>
          <w:sz w:val="22"/>
          <w:szCs w:val="28"/>
          <w:lang w:eastAsia="ja-JP"/>
        </w:rPr>
        <w:t>休止したことについて、</w:t>
      </w:r>
    </w:p>
    <w:p w14:paraId="2042D3C0" w14:textId="02C2AB26" w:rsidR="00D016ED" w:rsidRPr="002B06C9" w:rsidRDefault="00000000" w:rsidP="002B06C9">
      <w:pPr>
        <w:spacing w:after="100" w:line="240" w:lineRule="auto"/>
        <w:ind w:firstLineChars="100" w:firstLine="220"/>
        <w:rPr>
          <w:b/>
          <w:bCs/>
          <w:sz w:val="22"/>
          <w:szCs w:val="28"/>
          <w:lang w:eastAsia="ja-JP"/>
        </w:rPr>
      </w:pPr>
      <w:r w:rsidRPr="00E4576E">
        <w:rPr>
          <w:b/>
          <w:bCs/>
          <w:sz w:val="22"/>
          <w:szCs w:val="28"/>
          <w:lang w:eastAsia="ja-JP"/>
        </w:rPr>
        <w:t>下記のとおり申し立てます。</w:t>
      </w:r>
    </w:p>
    <w:tbl>
      <w:tblPr>
        <w:tblW w:w="93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80"/>
        <w:gridCol w:w="2693"/>
        <w:gridCol w:w="1984"/>
        <w:gridCol w:w="2685"/>
      </w:tblGrid>
      <w:tr w:rsidR="00E4576E" w14:paraId="3B50CB17" w14:textId="77777777" w:rsidTr="00E4576E">
        <w:trPr>
          <w:trHeight w:val="595"/>
          <w:jc w:val="center"/>
        </w:trPr>
        <w:tc>
          <w:tcPr>
            <w:tcW w:w="1980" w:type="dxa"/>
            <w:shd w:val="clear" w:color="auto" w:fill="E7E6E6"/>
            <w:vAlign w:val="center"/>
          </w:tcPr>
          <w:p w14:paraId="37F372A2" w14:textId="77777777" w:rsidR="00E4576E" w:rsidRDefault="006461DC">
            <w:pPr>
              <w:spacing w:after="0" w:line="240" w:lineRule="auto"/>
              <w:jc w:val="center"/>
              <w:rPr>
                <w:b/>
                <w:sz w:val="22"/>
                <w:lang w:eastAsia="ja-JP"/>
              </w:rPr>
            </w:pPr>
            <w:r>
              <w:rPr>
                <w:rFonts w:hint="eastAsia"/>
                <w:b/>
                <w:sz w:val="22"/>
                <w:lang w:eastAsia="ja-JP"/>
              </w:rPr>
              <w:t>主たる生計維持者</w:t>
            </w:r>
          </w:p>
          <w:p w14:paraId="1642111C" w14:textId="6A42091F" w:rsidR="006461DC" w:rsidRPr="00E4576E" w:rsidRDefault="006461DC">
            <w:pPr>
              <w:spacing w:after="0" w:line="240" w:lineRule="auto"/>
              <w:jc w:val="center"/>
              <w:rPr>
                <w:sz w:val="22"/>
                <w:lang w:eastAsia="ja-JP"/>
              </w:rPr>
            </w:pPr>
            <w:r>
              <w:rPr>
                <w:rFonts w:hint="eastAsia"/>
                <w:b/>
                <w:sz w:val="22"/>
                <w:lang w:eastAsia="ja-JP"/>
              </w:rPr>
              <w:t>氏　　名</w:t>
            </w:r>
          </w:p>
        </w:tc>
        <w:tc>
          <w:tcPr>
            <w:tcW w:w="7362" w:type="dxa"/>
            <w:gridSpan w:val="3"/>
            <w:vAlign w:val="center"/>
          </w:tcPr>
          <w:p w14:paraId="7E486B7E" w14:textId="05FDA614" w:rsidR="00E4576E" w:rsidRPr="00E4576E" w:rsidRDefault="00E4576E">
            <w:pPr>
              <w:spacing w:after="0" w:line="240" w:lineRule="auto"/>
              <w:rPr>
                <w:sz w:val="22"/>
                <w:lang w:eastAsia="ja-JP"/>
              </w:rPr>
            </w:pPr>
          </w:p>
        </w:tc>
      </w:tr>
      <w:tr w:rsidR="00E4576E" w14:paraId="60154E73" w14:textId="77777777" w:rsidTr="00A82F09">
        <w:trPr>
          <w:trHeight w:val="633"/>
          <w:jc w:val="center"/>
        </w:trPr>
        <w:tc>
          <w:tcPr>
            <w:tcW w:w="1980" w:type="dxa"/>
            <w:shd w:val="clear" w:color="auto" w:fill="E7E6E6"/>
            <w:vAlign w:val="center"/>
          </w:tcPr>
          <w:p w14:paraId="250AB64F" w14:textId="329DCA0C" w:rsidR="00E4576E" w:rsidRPr="00E4576E" w:rsidRDefault="00E4576E">
            <w:pPr>
              <w:spacing w:after="0" w:line="240" w:lineRule="auto"/>
              <w:jc w:val="center"/>
              <w:rPr>
                <w:b/>
                <w:sz w:val="22"/>
              </w:rPr>
            </w:pPr>
            <w:r w:rsidRPr="00E4576E">
              <w:rPr>
                <w:rFonts w:hint="eastAsia"/>
                <w:b/>
                <w:sz w:val="22"/>
                <w:lang w:eastAsia="ja-JP"/>
              </w:rPr>
              <w:t>住</w:t>
            </w:r>
            <w:r w:rsidR="00D016ED">
              <w:rPr>
                <w:rFonts w:hint="eastAsia"/>
                <w:b/>
                <w:sz w:val="22"/>
                <w:lang w:eastAsia="ja-JP"/>
              </w:rPr>
              <w:t xml:space="preserve">　</w:t>
            </w:r>
            <w:r w:rsidRPr="00E4576E">
              <w:rPr>
                <w:rFonts w:hint="eastAsia"/>
                <w:b/>
                <w:sz w:val="22"/>
                <w:lang w:eastAsia="ja-JP"/>
              </w:rPr>
              <w:t xml:space="preserve">　所</w:t>
            </w:r>
          </w:p>
        </w:tc>
        <w:tc>
          <w:tcPr>
            <w:tcW w:w="7362" w:type="dxa"/>
            <w:gridSpan w:val="3"/>
            <w:vAlign w:val="center"/>
          </w:tcPr>
          <w:p w14:paraId="2700ADB9" w14:textId="77777777" w:rsidR="00E4576E" w:rsidRPr="00E4576E" w:rsidRDefault="00E4576E">
            <w:pPr>
              <w:spacing w:after="0" w:line="240" w:lineRule="auto"/>
              <w:rPr>
                <w:sz w:val="22"/>
              </w:rPr>
            </w:pPr>
          </w:p>
        </w:tc>
      </w:tr>
      <w:tr w:rsidR="00057D4A" w14:paraId="755D6FA3" w14:textId="77777777" w:rsidTr="00A82F09">
        <w:trPr>
          <w:trHeight w:val="633"/>
          <w:jc w:val="center"/>
        </w:trPr>
        <w:tc>
          <w:tcPr>
            <w:tcW w:w="1980" w:type="dxa"/>
            <w:shd w:val="clear" w:color="auto" w:fill="E7E6E6"/>
            <w:vAlign w:val="center"/>
          </w:tcPr>
          <w:p w14:paraId="258C172F" w14:textId="24411240" w:rsidR="00057D4A" w:rsidRPr="00E4576E" w:rsidRDefault="00000000">
            <w:pPr>
              <w:spacing w:after="0" w:line="240" w:lineRule="auto"/>
              <w:jc w:val="center"/>
              <w:rPr>
                <w:sz w:val="22"/>
              </w:rPr>
            </w:pPr>
            <w:proofErr w:type="spellStart"/>
            <w:r w:rsidRPr="00E4576E">
              <w:rPr>
                <w:b/>
                <w:sz w:val="22"/>
              </w:rPr>
              <w:t>事業の名称</w:t>
            </w:r>
            <w:proofErr w:type="spellEnd"/>
          </w:p>
        </w:tc>
        <w:tc>
          <w:tcPr>
            <w:tcW w:w="7362" w:type="dxa"/>
            <w:gridSpan w:val="3"/>
            <w:vAlign w:val="center"/>
          </w:tcPr>
          <w:p w14:paraId="0A623A26" w14:textId="77777777" w:rsidR="00057D4A" w:rsidRPr="00E4576E" w:rsidRDefault="00057D4A">
            <w:pPr>
              <w:spacing w:after="0" w:line="240" w:lineRule="auto"/>
              <w:rPr>
                <w:sz w:val="22"/>
              </w:rPr>
            </w:pPr>
          </w:p>
        </w:tc>
      </w:tr>
      <w:tr w:rsidR="00057D4A" w14:paraId="0620DB54" w14:textId="77777777" w:rsidTr="00A82F09">
        <w:trPr>
          <w:trHeight w:val="633"/>
          <w:jc w:val="center"/>
        </w:trPr>
        <w:tc>
          <w:tcPr>
            <w:tcW w:w="1980" w:type="dxa"/>
            <w:shd w:val="clear" w:color="auto" w:fill="E7E6E6"/>
            <w:vAlign w:val="center"/>
          </w:tcPr>
          <w:p w14:paraId="1C90A406" w14:textId="7B5A2E8B" w:rsidR="00057D4A" w:rsidRPr="00E4576E" w:rsidRDefault="0037119B">
            <w:pPr>
              <w:spacing w:after="0" w:line="240" w:lineRule="auto"/>
              <w:jc w:val="center"/>
              <w:rPr>
                <w:sz w:val="22"/>
              </w:rPr>
            </w:pPr>
            <w:r>
              <w:rPr>
                <w:rFonts w:hint="eastAsia"/>
                <w:b/>
                <w:sz w:val="22"/>
                <w:lang w:eastAsia="ja-JP"/>
              </w:rPr>
              <w:t>事業</w:t>
            </w:r>
            <w:proofErr w:type="spellStart"/>
            <w:r w:rsidRPr="00E4576E">
              <w:rPr>
                <w:b/>
                <w:sz w:val="22"/>
              </w:rPr>
              <w:t>の内容</w:t>
            </w:r>
            <w:proofErr w:type="spellEnd"/>
          </w:p>
        </w:tc>
        <w:tc>
          <w:tcPr>
            <w:tcW w:w="7362" w:type="dxa"/>
            <w:gridSpan w:val="3"/>
            <w:vAlign w:val="center"/>
          </w:tcPr>
          <w:p w14:paraId="73F12B8E" w14:textId="77777777" w:rsidR="00057D4A" w:rsidRPr="00E4576E" w:rsidRDefault="00057D4A">
            <w:pPr>
              <w:spacing w:after="0" w:line="240" w:lineRule="auto"/>
              <w:rPr>
                <w:sz w:val="22"/>
              </w:rPr>
            </w:pPr>
          </w:p>
        </w:tc>
      </w:tr>
      <w:tr w:rsidR="002B06C9" w14:paraId="5855F8EB" w14:textId="77777777" w:rsidTr="00E4576E">
        <w:trPr>
          <w:trHeight w:val="765"/>
          <w:jc w:val="center"/>
        </w:trPr>
        <w:tc>
          <w:tcPr>
            <w:tcW w:w="1980" w:type="dxa"/>
            <w:shd w:val="clear" w:color="auto" w:fill="E7E6E6"/>
            <w:vAlign w:val="center"/>
          </w:tcPr>
          <w:p w14:paraId="5CFCB495" w14:textId="77777777" w:rsidR="002B06C9" w:rsidRDefault="002B06C9">
            <w:pPr>
              <w:spacing w:after="0" w:line="240" w:lineRule="auto"/>
              <w:jc w:val="center"/>
              <w:rPr>
                <w:b/>
                <w:sz w:val="22"/>
                <w:lang w:eastAsia="ja-JP"/>
              </w:rPr>
            </w:pPr>
            <w:r>
              <w:rPr>
                <w:rFonts w:hint="eastAsia"/>
                <w:b/>
                <w:sz w:val="22"/>
                <w:lang w:eastAsia="ja-JP"/>
              </w:rPr>
              <w:t>【※廃止の場合】</w:t>
            </w:r>
          </w:p>
          <w:p w14:paraId="49FFE148" w14:textId="4A964ADC" w:rsidR="002B06C9" w:rsidRPr="00E4576E" w:rsidRDefault="002B06C9">
            <w:pPr>
              <w:spacing w:after="0" w:line="240" w:lineRule="auto"/>
              <w:jc w:val="center"/>
              <w:rPr>
                <w:b/>
                <w:sz w:val="22"/>
                <w:lang w:eastAsia="ja-JP"/>
              </w:rPr>
            </w:pPr>
            <w:r>
              <w:rPr>
                <w:rFonts w:hint="eastAsia"/>
                <w:b/>
                <w:sz w:val="22"/>
                <w:lang w:eastAsia="ja-JP"/>
              </w:rPr>
              <w:t>廃止年月日</w:t>
            </w:r>
          </w:p>
        </w:tc>
        <w:tc>
          <w:tcPr>
            <w:tcW w:w="7362" w:type="dxa"/>
            <w:gridSpan w:val="3"/>
            <w:vAlign w:val="center"/>
          </w:tcPr>
          <w:p w14:paraId="787269E9" w14:textId="4FA335CF" w:rsidR="002B06C9" w:rsidRPr="00E4576E" w:rsidRDefault="002B06C9" w:rsidP="002B06C9">
            <w:pPr>
              <w:spacing w:after="0" w:line="240" w:lineRule="auto"/>
              <w:jc w:val="center"/>
              <w:rPr>
                <w:sz w:val="22"/>
              </w:rPr>
            </w:pPr>
            <w:r>
              <w:rPr>
                <w:rFonts w:hint="eastAsia"/>
                <w:sz w:val="22"/>
                <w:lang w:eastAsia="ja-JP"/>
              </w:rPr>
              <w:t>令和　　　年　　　月　　　日</w:t>
            </w:r>
          </w:p>
        </w:tc>
      </w:tr>
      <w:tr w:rsidR="00057D4A" w14:paraId="22BDA811" w14:textId="77777777" w:rsidTr="002B06C9">
        <w:trPr>
          <w:trHeight w:val="1064"/>
          <w:jc w:val="center"/>
        </w:trPr>
        <w:tc>
          <w:tcPr>
            <w:tcW w:w="1980" w:type="dxa"/>
            <w:shd w:val="clear" w:color="auto" w:fill="E7E6E6"/>
            <w:vAlign w:val="center"/>
          </w:tcPr>
          <w:p w14:paraId="358AD8FE" w14:textId="0EB8AF35" w:rsidR="00057D4A" w:rsidRPr="00E4576E" w:rsidRDefault="006461DC">
            <w:pPr>
              <w:spacing w:after="0" w:line="240" w:lineRule="auto"/>
              <w:jc w:val="center"/>
              <w:rPr>
                <w:sz w:val="22"/>
                <w:lang w:eastAsia="ja-JP"/>
              </w:rPr>
            </w:pPr>
            <w:r>
              <w:rPr>
                <w:rFonts w:hint="eastAsia"/>
                <w:b/>
                <w:sz w:val="22"/>
                <w:lang w:eastAsia="ja-JP"/>
              </w:rPr>
              <w:t>【※休止の場合】</w:t>
            </w:r>
            <w:r w:rsidRPr="00E4576E">
              <w:rPr>
                <w:b/>
                <w:sz w:val="22"/>
                <w:lang w:eastAsia="ja-JP"/>
              </w:rPr>
              <w:t>休止開始年月日</w:t>
            </w:r>
          </w:p>
        </w:tc>
        <w:tc>
          <w:tcPr>
            <w:tcW w:w="2693" w:type="dxa"/>
            <w:vAlign w:val="center"/>
          </w:tcPr>
          <w:p w14:paraId="2AB359F2" w14:textId="6E629018" w:rsidR="00057D4A" w:rsidRPr="00E4576E" w:rsidRDefault="00000000">
            <w:pPr>
              <w:spacing w:after="0" w:line="240" w:lineRule="auto"/>
              <w:jc w:val="center"/>
              <w:rPr>
                <w:sz w:val="22"/>
              </w:rPr>
            </w:pPr>
            <w:proofErr w:type="spellStart"/>
            <w:r w:rsidRPr="00E4576E">
              <w:rPr>
                <w:sz w:val="22"/>
              </w:rPr>
              <w:t>令和</w:t>
            </w:r>
            <w:proofErr w:type="spellEnd"/>
            <w:r w:rsidR="00E4576E">
              <w:rPr>
                <w:rFonts w:hint="eastAsia"/>
                <w:sz w:val="22"/>
                <w:lang w:eastAsia="ja-JP"/>
              </w:rPr>
              <w:t xml:space="preserve">　</w:t>
            </w:r>
            <w:r w:rsidRPr="00E4576E">
              <w:rPr>
                <w:sz w:val="22"/>
              </w:rPr>
              <w:t xml:space="preserve">　年　　月　</w:t>
            </w:r>
            <w:r w:rsidR="00E4576E">
              <w:rPr>
                <w:rFonts w:hint="eastAsia"/>
                <w:sz w:val="22"/>
                <w:lang w:eastAsia="ja-JP"/>
              </w:rPr>
              <w:t xml:space="preserve">　</w:t>
            </w:r>
            <w:r w:rsidRPr="00E4576E">
              <w:rPr>
                <w:sz w:val="22"/>
              </w:rPr>
              <w:t>日</w:t>
            </w:r>
          </w:p>
        </w:tc>
        <w:tc>
          <w:tcPr>
            <w:tcW w:w="1984" w:type="dxa"/>
            <w:shd w:val="clear" w:color="auto" w:fill="E7E6E6"/>
            <w:vAlign w:val="center"/>
          </w:tcPr>
          <w:p w14:paraId="3D8E724E" w14:textId="6EB41F80" w:rsidR="00E4576E" w:rsidRPr="002B06C9" w:rsidRDefault="00E4576E" w:rsidP="00A82F09">
            <w:pPr>
              <w:spacing w:after="0" w:line="240" w:lineRule="auto"/>
              <w:rPr>
                <w:b/>
                <w:sz w:val="22"/>
                <w:lang w:eastAsia="ja-JP"/>
              </w:rPr>
            </w:pPr>
            <w:r w:rsidRPr="00E4576E">
              <w:rPr>
                <w:rFonts w:hint="eastAsia"/>
                <w:b/>
                <w:sz w:val="22"/>
                <w:lang w:eastAsia="ja-JP"/>
              </w:rPr>
              <w:t>休止終了</w:t>
            </w:r>
            <w:r w:rsidRPr="00E4576E">
              <w:rPr>
                <w:b/>
                <w:sz w:val="22"/>
                <w:lang w:eastAsia="ja-JP"/>
              </w:rPr>
              <w:t>年月日</w:t>
            </w:r>
            <w:r w:rsidR="00A82F09">
              <w:rPr>
                <w:b/>
                <w:sz w:val="22"/>
                <w:lang w:eastAsia="ja-JP"/>
              </w:rPr>
              <w:br/>
            </w:r>
            <w:r w:rsidR="00A82F09">
              <w:rPr>
                <w:rFonts w:hint="eastAsia"/>
                <w:b/>
                <w:sz w:val="22"/>
                <w:lang w:eastAsia="ja-JP"/>
              </w:rPr>
              <w:t>（再開年月日）</w:t>
            </w:r>
          </w:p>
        </w:tc>
        <w:tc>
          <w:tcPr>
            <w:tcW w:w="2685" w:type="dxa"/>
            <w:vAlign w:val="center"/>
          </w:tcPr>
          <w:p w14:paraId="1F7F3E7E" w14:textId="77777777" w:rsidR="00057D4A" w:rsidRDefault="00000000">
            <w:pPr>
              <w:spacing w:after="0" w:line="240" w:lineRule="auto"/>
              <w:jc w:val="center"/>
              <w:rPr>
                <w:sz w:val="22"/>
                <w:lang w:eastAsia="ja-JP"/>
              </w:rPr>
            </w:pPr>
            <w:proofErr w:type="spellStart"/>
            <w:proofErr w:type="gramStart"/>
            <w:r w:rsidRPr="00E4576E">
              <w:rPr>
                <w:sz w:val="22"/>
              </w:rPr>
              <w:t>令和</w:t>
            </w:r>
            <w:proofErr w:type="spellEnd"/>
            <w:r w:rsidRPr="00E4576E">
              <w:rPr>
                <w:sz w:val="22"/>
              </w:rPr>
              <w:t xml:space="preserve">　　年</w:t>
            </w:r>
            <w:proofErr w:type="gramEnd"/>
            <w:r w:rsidRPr="00E4576E">
              <w:rPr>
                <w:sz w:val="22"/>
              </w:rPr>
              <w:t xml:space="preserve">　　月　　日</w:t>
            </w:r>
          </w:p>
          <w:p w14:paraId="1CC3E890" w14:textId="5B855FEE" w:rsidR="00834D13" w:rsidRPr="00834D13" w:rsidRDefault="00834D13">
            <w:pPr>
              <w:spacing w:after="0" w:line="240" w:lineRule="auto"/>
              <w:jc w:val="center"/>
              <w:rPr>
                <w:sz w:val="22"/>
                <w:lang w:eastAsia="ja-JP"/>
              </w:rPr>
            </w:pPr>
            <w:r w:rsidRPr="00DD1A00">
              <w:rPr>
                <w:rFonts w:hint="eastAsia"/>
                <w:sz w:val="24"/>
                <w:szCs w:val="24"/>
                <w:lang w:eastAsia="ja-JP"/>
              </w:rPr>
              <w:t>□</w:t>
            </w:r>
            <w:r>
              <w:rPr>
                <w:rFonts w:hint="eastAsia"/>
                <w:sz w:val="22"/>
                <w:lang w:eastAsia="ja-JP"/>
              </w:rPr>
              <w:t>現在も休止中</w:t>
            </w:r>
          </w:p>
        </w:tc>
      </w:tr>
      <w:tr w:rsidR="00057D4A" w14:paraId="444A5C3E" w14:textId="77777777" w:rsidTr="002A2376">
        <w:trPr>
          <w:trHeight w:val="1391"/>
          <w:jc w:val="center"/>
        </w:trPr>
        <w:tc>
          <w:tcPr>
            <w:tcW w:w="1980" w:type="dxa"/>
            <w:shd w:val="clear" w:color="auto" w:fill="E7E6E6"/>
            <w:vAlign w:val="center"/>
          </w:tcPr>
          <w:p w14:paraId="5BE669C7" w14:textId="77777777" w:rsidR="00834D13" w:rsidRDefault="00000000">
            <w:pPr>
              <w:spacing w:after="0" w:line="240" w:lineRule="auto"/>
              <w:jc w:val="center"/>
              <w:rPr>
                <w:b/>
                <w:sz w:val="22"/>
                <w:lang w:eastAsia="ja-JP"/>
              </w:rPr>
            </w:pPr>
            <w:r w:rsidRPr="00E4576E">
              <w:rPr>
                <w:b/>
                <w:sz w:val="22"/>
                <w:lang w:eastAsia="ja-JP"/>
              </w:rPr>
              <w:t>地震による</w:t>
            </w:r>
          </w:p>
          <w:p w14:paraId="60E56027" w14:textId="1DC2B7E9" w:rsidR="00057D4A" w:rsidRPr="00E4576E" w:rsidRDefault="00000000">
            <w:pPr>
              <w:spacing w:after="0" w:line="240" w:lineRule="auto"/>
              <w:jc w:val="center"/>
              <w:rPr>
                <w:sz w:val="22"/>
                <w:lang w:eastAsia="ja-JP"/>
              </w:rPr>
            </w:pPr>
            <w:r w:rsidRPr="00E4576E">
              <w:rPr>
                <w:b/>
                <w:sz w:val="22"/>
                <w:lang w:eastAsia="ja-JP"/>
              </w:rPr>
              <w:t>被害</w:t>
            </w:r>
            <w:r w:rsidR="006461DC">
              <w:rPr>
                <w:rFonts w:hint="eastAsia"/>
                <w:b/>
                <w:sz w:val="22"/>
                <w:lang w:eastAsia="ja-JP"/>
              </w:rPr>
              <w:t>の状況</w:t>
            </w:r>
          </w:p>
        </w:tc>
        <w:tc>
          <w:tcPr>
            <w:tcW w:w="7362" w:type="dxa"/>
            <w:gridSpan w:val="3"/>
          </w:tcPr>
          <w:p w14:paraId="5AA6990D" w14:textId="5F9A66EE" w:rsidR="00057D4A" w:rsidRPr="00E4576E" w:rsidRDefault="00000000" w:rsidP="00492EE2">
            <w:pPr>
              <w:spacing w:after="0" w:line="240" w:lineRule="auto"/>
              <w:jc w:val="both"/>
              <w:rPr>
                <w:sz w:val="22"/>
                <w:lang w:eastAsia="ja-JP"/>
              </w:rPr>
            </w:pPr>
            <w:r w:rsidRPr="00E4576E">
              <w:rPr>
                <w:sz w:val="22"/>
                <w:lang w:eastAsia="ja-JP"/>
              </w:rPr>
              <w:t>（</w:t>
            </w:r>
            <w:r w:rsidR="00D016ED">
              <w:rPr>
                <w:rFonts w:hint="eastAsia"/>
                <w:sz w:val="22"/>
                <w:lang w:eastAsia="ja-JP"/>
              </w:rPr>
              <w:t>業務を休止することとなった地震による被害や具体的な支障を記載）</w:t>
            </w:r>
          </w:p>
        </w:tc>
      </w:tr>
      <w:tr w:rsidR="00057D4A" w14:paraId="075F652B" w14:textId="77777777" w:rsidTr="00DD1A00">
        <w:trPr>
          <w:trHeight w:val="1304"/>
          <w:jc w:val="center"/>
        </w:trPr>
        <w:tc>
          <w:tcPr>
            <w:tcW w:w="1980" w:type="dxa"/>
            <w:shd w:val="clear" w:color="auto" w:fill="E7E6E6"/>
            <w:vAlign w:val="center"/>
          </w:tcPr>
          <w:p w14:paraId="73C18C2A" w14:textId="34818510" w:rsidR="00057D4A" w:rsidRPr="00E4576E" w:rsidRDefault="006461DC">
            <w:pPr>
              <w:spacing w:after="0" w:line="240" w:lineRule="auto"/>
              <w:jc w:val="center"/>
              <w:rPr>
                <w:sz w:val="22"/>
                <w:lang w:eastAsia="ja-JP"/>
              </w:rPr>
            </w:pPr>
            <w:r>
              <w:rPr>
                <w:rFonts w:hint="eastAsia"/>
                <w:b/>
                <w:sz w:val="22"/>
                <w:lang w:eastAsia="ja-JP"/>
              </w:rPr>
              <w:t>【※休止の場合】</w:t>
            </w:r>
            <w:r w:rsidRPr="00E4576E">
              <w:rPr>
                <w:b/>
                <w:sz w:val="22"/>
                <w:lang w:eastAsia="ja-JP"/>
              </w:rPr>
              <w:t>休止中の状況</w:t>
            </w:r>
          </w:p>
        </w:tc>
        <w:tc>
          <w:tcPr>
            <w:tcW w:w="7362" w:type="dxa"/>
            <w:gridSpan w:val="3"/>
          </w:tcPr>
          <w:p w14:paraId="632B18B3" w14:textId="3CB08905" w:rsidR="00057D4A" w:rsidRPr="00E4576E" w:rsidRDefault="00000000" w:rsidP="00DD1A00">
            <w:pPr>
              <w:spacing w:after="0" w:line="240" w:lineRule="auto"/>
              <w:jc w:val="both"/>
              <w:rPr>
                <w:sz w:val="22"/>
                <w:lang w:eastAsia="ja-JP"/>
              </w:rPr>
            </w:pPr>
            <w:r w:rsidRPr="00E4576E">
              <w:rPr>
                <w:sz w:val="22"/>
                <w:lang w:eastAsia="ja-JP"/>
              </w:rPr>
              <w:t>（休止</w:t>
            </w:r>
            <w:r w:rsidR="00EA384B">
              <w:rPr>
                <w:rFonts w:hint="eastAsia"/>
                <w:sz w:val="22"/>
                <w:lang w:eastAsia="ja-JP"/>
              </w:rPr>
              <w:t>期間中、実際にどのような状態で業務を休止していたか記載）</w:t>
            </w:r>
          </w:p>
        </w:tc>
      </w:tr>
      <w:tr w:rsidR="00057D4A" w14:paraId="1A02E4D3" w14:textId="77777777" w:rsidTr="00DD1A00">
        <w:trPr>
          <w:trHeight w:val="1191"/>
          <w:jc w:val="center"/>
        </w:trPr>
        <w:tc>
          <w:tcPr>
            <w:tcW w:w="1980" w:type="dxa"/>
            <w:shd w:val="clear" w:color="auto" w:fill="E7E6E6"/>
            <w:vAlign w:val="center"/>
          </w:tcPr>
          <w:p w14:paraId="71B8E9CD" w14:textId="44ED4B1D" w:rsidR="00057D4A" w:rsidRPr="00E4576E" w:rsidRDefault="004B116A">
            <w:pPr>
              <w:spacing w:after="0" w:line="240" w:lineRule="auto"/>
              <w:jc w:val="center"/>
              <w:rPr>
                <w:sz w:val="22"/>
                <w:lang w:eastAsia="ja-JP"/>
              </w:rPr>
            </w:pPr>
            <w:r>
              <w:rPr>
                <w:rFonts w:hint="eastAsia"/>
                <w:b/>
                <w:sz w:val="22"/>
                <w:lang w:eastAsia="ja-JP"/>
              </w:rPr>
              <w:t>【※休止の場合】</w:t>
            </w:r>
            <w:r w:rsidRPr="00E4576E">
              <w:rPr>
                <w:b/>
                <w:sz w:val="22"/>
                <w:lang w:eastAsia="ja-JP"/>
              </w:rPr>
              <w:t>現在の状況</w:t>
            </w:r>
          </w:p>
        </w:tc>
        <w:tc>
          <w:tcPr>
            <w:tcW w:w="7362" w:type="dxa"/>
            <w:gridSpan w:val="3"/>
          </w:tcPr>
          <w:p w14:paraId="5DEE4CBD" w14:textId="44FC518D" w:rsidR="00057D4A" w:rsidRPr="00E4576E" w:rsidRDefault="00000000" w:rsidP="00DD1A00">
            <w:pPr>
              <w:spacing w:after="0" w:line="240" w:lineRule="auto"/>
              <w:jc w:val="both"/>
              <w:rPr>
                <w:sz w:val="22"/>
                <w:lang w:eastAsia="ja-JP"/>
              </w:rPr>
            </w:pPr>
            <w:r w:rsidRPr="00E4576E">
              <w:rPr>
                <w:sz w:val="22"/>
                <w:lang w:eastAsia="ja-JP"/>
              </w:rPr>
              <w:t>（現在の再開状況</w:t>
            </w:r>
            <w:r w:rsidR="00DD1A00">
              <w:rPr>
                <w:rFonts w:hint="eastAsia"/>
                <w:sz w:val="22"/>
                <w:lang w:eastAsia="ja-JP"/>
              </w:rPr>
              <w:t>、または今後の再開予定を記載</w:t>
            </w:r>
            <w:r w:rsidRPr="00E4576E">
              <w:rPr>
                <w:sz w:val="22"/>
                <w:lang w:eastAsia="ja-JP"/>
              </w:rPr>
              <w:t>）</w:t>
            </w:r>
          </w:p>
        </w:tc>
      </w:tr>
      <w:tr w:rsidR="00057D4A" w14:paraId="250D92D3" w14:textId="77777777" w:rsidTr="00DD1A00">
        <w:trPr>
          <w:trHeight w:val="709"/>
          <w:jc w:val="center"/>
        </w:trPr>
        <w:tc>
          <w:tcPr>
            <w:tcW w:w="1980" w:type="dxa"/>
            <w:shd w:val="clear" w:color="auto" w:fill="E7E6E6"/>
            <w:vAlign w:val="center"/>
          </w:tcPr>
          <w:p w14:paraId="7C113749" w14:textId="77777777" w:rsidR="00057D4A" w:rsidRPr="00E4576E" w:rsidRDefault="00000000">
            <w:pPr>
              <w:spacing w:after="0" w:line="240" w:lineRule="auto"/>
              <w:jc w:val="center"/>
              <w:rPr>
                <w:sz w:val="22"/>
              </w:rPr>
            </w:pPr>
            <w:proofErr w:type="spellStart"/>
            <w:r w:rsidRPr="00E4576E">
              <w:rPr>
                <w:b/>
                <w:sz w:val="22"/>
              </w:rPr>
              <w:t>添付資料</w:t>
            </w:r>
            <w:proofErr w:type="spellEnd"/>
          </w:p>
        </w:tc>
        <w:tc>
          <w:tcPr>
            <w:tcW w:w="7362" w:type="dxa"/>
            <w:gridSpan w:val="3"/>
          </w:tcPr>
          <w:p w14:paraId="00D1BC32" w14:textId="525B9940" w:rsidR="002A2376" w:rsidRPr="00A82F09" w:rsidRDefault="002A2376" w:rsidP="00DD1A00">
            <w:pPr>
              <w:spacing w:after="0" w:line="240" w:lineRule="auto"/>
              <w:jc w:val="both"/>
              <w:rPr>
                <w:sz w:val="22"/>
                <w:lang w:eastAsia="ja-JP"/>
              </w:rPr>
            </w:pPr>
            <w:r w:rsidRPr="00A82F09">
              <w:rPr>
                <w:rFonts w:hint="eastAsia"/>
                <w:sz w:val="22"/>
                <w:lang w:eastAsia="ja-JP"/>
              </w:rPr>
              <w:t>□</w:t>
            </w:r>
            <w:r w:rsidRPr="00A82F09">
              <w:rPr>
                <w:sz w:val="22"/>
                <w:lang w:eastAsia="ja-JP"/>
              </w:rPr>
              <w:t>罹災証明書</w:t>
            </w:r>
            <w:r w:rsidRPr="00A82F09">
              <w:rPr>
                <w:rFonts w:hint="eastAsia"/>
                <w:sz w:val="22"/>
                <w:lang w:eastAsia="ja-JP"/>
              </w:rPr>
              <w:t xml:space="preserve">・被災証明書　</w:t>
            </w:r>
            <w:r w:rsidR="00A82F09">
              <w:rPr>
                <w:rFonts w:hint="eastAsia"/>
                <w:sz w:val="22"/>
                <w:lang w:eastAsia="ja-JP"/>
              </w:rPr>
              <w:t xml:space="preserve">　　　　　　</w:t>
            </w:r>
            <w:r w:rsidRPr="00A82F09">
              <w:rPr>
                <w:rFonts w:hint="eastAsia"/>
                <w:sz w:val="22"/>
                <w:lang w:eastAsia="ja-JP"/>
              </w:rPr>
              <w:t>□被災状況の</w:t>
            </w:r>
            <w:r w:rsidRPr="00A82F09">
              <w:rPr>
                <w:sz w:val="22"/>
                <w:lang w:eastAsia="ja-JP"/>
              </w:rPr>
              <w:t>写真</w:t>
            </w:r>
            <w:r w:rsidRPr="00A82F09">
              <w:rPr>
                <w:rFonts w:hint="eastAsia"/>
                <w:sz w:val="22"/>
                <w:lang w:eastAsia="ja-JP"/>
              </w:rPr>
              <w:t xml:space="preserve">　</w:t>
            </w:r>
          </w:p>
          <w:p w14:paraId="0CE1C905" w14:textId="75339DA7" w:rsidR="00A82F09" w:rsidRPr="00A82F09" w:rsidRDefault="00A82F09" w:rsidP="00DD1A00">
            <w:pPr>
              <w:spacing w:after="0" w:line="240" w:lineRule="auto"/>
              <w:jc w:val="both"/>
              <w:rPr>
                <w:sz w:val="22"/>
                <w:lang w:eastAsia="ja-JP"/>
              </w:rPr>
            </w:pPr>
            <w:r w:rsidRPr="00A82F09">
              <w:rPr>
                <w:rFonts w:hint="eastAsia"/>
                <w:sz w:val="22"/>
                <w:lang w:eastAsia="ja-JP"/>
              </w:rPr>
              <w:t>□公的機関への廃業・休業届出書の控え</w:t>
            </w:r>
            <w:r>
              <w:rPr>
                <w:rFonts w:hint="eastAsia"/>
                <w:sz w:val="22"/>
                <w:lang w:eastAsia="ja-JP"/>
              </w:rPr>
              <w:t xml:space="preserve">　</w:t>
            </w:r>
            <w:r w:rsidR="000162BD">
              <w:rPr>
                <w:rFonts w:ascii="Segoe UI Symbol" w:hAnsi="Segoe UI Symbol" w:cs="Segoe UI Symbol" w:hint="eastAsia"/>
                <w:sz w:val="24"/>
                <w:szCs w:val="24"/>
                <w:lang w:eastAsia="ja-JP"/>
              </w:rPr>
              <w:t>□</w:t>
            </w:r>
            <w:r w:rsidRPr="00E4576E">
              <w:rPr>
                <w:sz w:val="22"/>
                <w:lang w:eastAsia="ja-JP"/>
              </w:rPr>
              <w:t>修理</w:t>
            </w:r>
            <w:r>
              <w:rPr>
                <w:rFonts w:hint="eastAsia"/>
                <w:sz w:val="22"/>
                <w:lang w:eastAsia="ja-JP"/>
              </w:rPr>
              <w:t xml:space="preserve">見積書・請求書等　</w:t>
            </w:r>
          </w:p>
          <w:p w14:paraId="3B82D40C" w14:textId="6ADDC691" w:rsidR="002A2376" w:rsidRPr="00A82F09" w:rsidRDefault="00A82F09" w:rsidP="00DD1A00">
            <w:pPr>
              <w:spacing w:after="0" w:line="240" w:lineRule="auto"/>
              <w:jc w:val="both"/>
              <w:rPr>
                <w:sz w:val="22"/>
                <w:lang w:eastAsia="ja-JP"/>
              </w:rPr>
            </w:pPr>
            <w:r w:rsidRPr="00A82F09">
              <w:rPr>
                <w:rFonts w:hint="eastAsia"/>
                <w:sz w:val="22"/>
                <w:lang w:eastAsia="ja-JP"/>
              </w:rPr>
              <w:t xml:space="preserve">□その他（　　　　　　　　　　　　</w:t>
            </w:r>
            <w:r w:rsidR="00872DEA">
              <w:rPr>
                <w:rFonts w:hint="eastAsia"/>
                <w:sz w:val="22"/>
                <w:lang w:eastAsia="ja-JP"/>
              </w:rPr>
              <w:t xml:space="preserve">　　　　　　　　　　　　</w:t>
            </w:r>
            <w:r w:rsidRPr="00A82F09">
              <w:rPr>
                <w:rFonts w:hint="eastAsia"/>
                <w:sz w:val="22"/>
                <w:lang w:eastAsia="ja-JP"/>
              </w:rPr>
              <w:t xml:space="preserve">　）</w:t>
            </w:r>
          </w:p>
        </w:tc>
      </w:tr>
    </w:tbl>
    <w:p w14:paraId="73A6E72F" w14:textId="6D0D2FCD" w:rsidR="00950F72" w:rsidRDefault="002A2376" w:rsidP="002B06C9">
      <w:pPr>
        <w:spacing w:line="180" w:lineRule="auto"/>
        <w:ind w:left="420" w:hangingChars="200" w:hanging="420"/>
        <w:rPr>
          <w:lang w:eastAsia="ja-JP"/>
        </w:rPr>
      </w:pPr>
      <w:r>
        <w:rPr>
          <w:rFonts w:hint="eastAsia"/>
          <w:lang w:eastAsia="ja-JP"/>
        </w:rPr>
        <w:t xml:space="preserve">　</w:t>
      </w:r>
      <w:r w:rsidR="006461DC">
        <w:rPr>
          <w:rFonts w:hint="eastAsia"/>
          <w:lang w:eastAsia="ja-JP"/>
        </w:rPr>
        <w:t>※主たる生計維持者は、原則、住民登録上の世帯主</w:t>
      </w:r>
      <w:r w:rsidR="00F05CB5">
        <w:rPr>
          <w:rFonts w:hint="eastAsia"/>
          <w:lang w:eastAsia="ja-JP"/>
        </w:rPr>
        <w:t>で、世帯の中で主に収入を得て生活を支えている人である</w:t>
      </w:r>
      <w:r w:rsidR="006461DC">
        <w:rPr>
          <w:rFonts w:hint="eastAsia"/>
          <w:lang w:eastAsia="ja-JP"/>
        </w:rPr>
        <w:t>。</w:t>
      </w:r>
    </w:p>
    <w:p w14:paraId="48DAA9A7" w14:textId="44A9F33B" w:rsidR="002A2376" w:rsidRPr="002A2376" w:rsidRDefault="002A2376" w:rsidP="00EA384B">
      <w:pPr>
        <w:ind w:firstLineChars="100" w:firstLine="220"/>
        <w:rPr>
          <w:b/>
          <w:bCs/>
          <w:sz w:val="22"/>
          <w:szCs w:val="24"/>
          <w:lang w:eastAsia="ja-JP"/>
        </w:rPr>
      </w:pPr>
      <w:r w:rsidRPr="002A2376">
        <w:rPr>
          <w:rFonts w:hint="eastAsia"/>
          <w:b/>
          <w:bCs/>
          <w:sz w:val="22"/>
          <w:szCs w:val="24"/>
          <w:lang w:eastAsia="ja-JP"/>
        </w:rPr>
        <w:t>上記の内容に相違ありません。</w:t>
      </w:r>
    </w:p>
    <w:p w14:paraId="599F60E5" w14:textId="547388BA" w:rsidR="002A2376" w:rsidRPr="002A2376" w:rsidRDefault="002A2376" w:rsidP="00EA384B">
      <w:pPr>
        <w:ind w:firstLineChars="300" w:firstLine="660"/>
        <w:rPr>
          <w:b/>
          <w:bCs/>
          <w:sz w:val="22"/>
          <w:szCs w:val="24"/>
          <w:lang w:eastAsia="ja-JP"/>
        </w:rPr>
      </w:pPr>
      <w:r w:rsidRPr="002A2376">
        <w:rPr>
          <w:rFonts w:hint="eastAsia"/>
          <w:b/>
          <w:bCs/>
          <w:sz w:val="22"/>
          <w:szCs w:val="24"/>
          <w:lang w:eastAsia="ja-JP"/>
        </w:rPr>
        <w:t xml:space="preserve">　　令和　　</w:t>
      </w:r>
      <w:r w:rsidR="00D016ED">
        <w:rPr>
          <w:rFonts w:hint="eastAsia"/>
          <w:b/>
          <w:bCs/>
          <w:sz w:val="22"/>
          <w:szCs w:val="24"/>
          <w:lang w:eastAsia="ja-JP"/>
        </w:rPr>
        <w:t xml:space="preserve">　</w:t>
      </w:r>
      <w:r w:rsidRPr="002A2376">
        <w:rPr>
          <w:rFonts w:hint="eastAsia"/>
          <w:b/>
          <w:bCs/>
          <w:sz w:val="22"/>
          <w:szCs w:val="24"/>
          <w:lang w:eastAsia="ja-JP"/>
        </w:rPr>
        <w:t xml:space="preserve">年　</w:t>
      </w:r>
      <w:r w:rsidR="00D016ED">
        <w:rPr>
          <w:rFonts w:hint="eastAsia"/>
          <w:b/>
          <w:bCs/>
          <w:sz w:val="22"/>
          <w:szCs w:val="24"/>
          <w:lang w:eastAsia="ja-JP"/>
        </w:rPr>
        <w:t xml:space="preserve">　</w:t>
      </w:r>
      <w:r w:rsidRPr="002A2376">
        <w:rPr>
          <w:rFonts w:hint="eastAsia"/>
          <w:b/>
          <w:bCs/>
          <w:sz w:val="22"/>
          <w:szCs w:val="24"/>
          <w:lang w:eastAsia="ja-JP"/>
        </w:rPr>
        <w:t xml:space="preserve">　月　　</w:t>
      </w:r>
      <w:r w:rsidR="00D016ED">
        <w:rPr>
          <w:rFonts w:hint="eastAsia"/>
          <w:b/>
          <w:bCs/>
          <w:sz w:val="22"/>
          <w:szCs w:val="24"/>
          <w:lang w:eastAsia="ja-JP"/>
        </w:rPr>
        <w:t xml:space="preserve">　</w:t>
      </w:r>
      <w:r w:rsidRPr="002A2376">
        <w:rPr>
          <w:rFonts w:hint="eastAsia"/>
          <w:b/>
          <w:bCs/>
          <w:sz w:val="22"/>
          <w:szCs w:val="24"/>
          <w:lang w:eastAsia="ja-JP"/>
        </w:rPr>
        <w:t>日</w:t>
      </w:r>
    </w:p>
    <w:p w14:paraId="0D488439" w14:textId="11B681A1" w:rsidR="002A2376" w:rsidRPr="00872DEA" w:rsidRDefault="00872DEA" w:rsidP="00EA384B">
      <w:pPr>
        <w:ind w:firstLineChars="300" w:firstLine="660"/>
        <w:rPr>
          <w:sz w:val="18"/>
          <w:szCs w:val="18"/>
          <w:lang w:eastAsia="ja-JP"/>
        </w:rPr>
      </w:pPr>
      <w:r>
        <w:rPr>
          <w:rFonts w:hint="eastAsia"/>
          <w:b/>
          <w:bCs/>
          <w:sz w:val="22"/>
          <w:szCs w:val="24"/>
          <w:lang w:eastAsia="ja-JP"/>
        </w:rPr>
        <w:t xml:space="preserve">　　</w:t>
      </w:r>
      <w:r w:rsidRPr="00872DEA">
        <w:rPr>
          <w:rFonts w:hint="eastAsia"/>
          <w:b/>
          <w:bCs/>
          <w:sz w:val="22"/>
          <w:szCs w:val="24"/>
          <w:lang w:eastAsia="ja-JP"/>
        </w:rPr>
        <w:t xml:space="preserve">世帯主氏名　　　　　　　　　</w:t>
      </w:r>
      <w:r>
        <w:rPr>
          <w:rFonts w:hint="eastAsia"/>
          <w:b/>
          <w:bCs/>
          <w:sz w:val="22"/>
          <w:szCs w:val="24"/>
          <w:lang w:eastAsia="ja-JP"/>
        </w:rPr>
        <w:t xml:space="preserve">　</w:t>
      </w:r>
      <w:r w:rsidRPr="00872DEA">
        <w:rPr>
          <w:rFonts w:hint="eastAsia"/>
          <w:b/>
          <w:bCs/>
          <w:sz w:val="22"/>
          <w:szCs w:val="24"/>
          <w:lang w:eastAsia="ja-JP"/>
        </w:rPr>
        <w:t xml:space="preserve">　　　　　　　</w:t>
      </w:r>
      <w:r>
        <w:rPr>
          <w:rFonts w:hint="eastAsia"/>
          <w:b/>
          <w:bCs/>
          <w:sz w:val="22"/>
          <w:szCs w:val="24"/>
          <w:lang w:eastAsia="ja-JP"/>
        </w:rPr>
        <w:t xml:space="preserve">㊞　　　</w:t>
      </w:r>
      <w:r w:rsidRPr="00872DEA">
        <w:rPr>
          <w:rFonts w:hint="eastAsia"/>
          <w:sz w:val="18"/>
          <w:szCs w:val="18"/>
          <w:lang w:eastAsia="ja-JP"/>
        </w:rPr>
        <w:t>（自署の場合は押印不要）</w:t>
      </w:r>
    </w:p>
    <w:sectPr w:rsidR="002A2376" w:rsidRPr="00872DEA" w:rsidSect="00D016ED">
      <w:pgSz w:w="11906" w:h="16838"/>
      <w:pgMar w:top="1134"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ED978" w14:textId="77777777" w:rsidR="00B50EA7" w:rsidRDefault="00B50EA7" w:rsidP="0042012B">
      <w:pPr>
        <w:spacing w:after="0" w:line="240" w:lineRule="auto"/>
      </w:pPr>
      <w:r>
        <w:separator/>
      </w:r>
    </w:p>
  </w:endnote>
  <w:endnote w:type="continuationSeparator" w:id="0">
    <w:p w14:paraId="0D64DBC3" w14:textId="77777777" w:rsidR="00B50EA7" w:rsidRDefault="00B50EA7" w:rsidP="00420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225C7" w14:textId="77777777" w:rsidR="00B50EA7" w:rsidRDefault="00B50EA7" w:rsidP="0042012B">
      <w:pPr>
        <w:spacing w:after="0" w:line="240" w:lineRule="auto"/>
      </w:pPr>
      <w:r>
        <w:separator/>
      </w:r>
    </w:p>
  </w:footnote>
  <w:footnote w:type="continuationSeparator" w:id="0">
    <w:p w14:paraId="5F339F91" w14:textId="77777777" w:rsidR="00B50EA7" w:rsidRDefault="00B50EA7" w:rsidP="004201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95237508">
    <w:abstractNumId w:val="8"/>
  </w:num>
  <w:num w:numId="2" w16cid:durableId="1628705958">
    <w:abstractNumId w:val="6"/>
  </w:num>
  <w:num w:numId="3" w16cid:durableId="2114934359">
    <w:abstractNumId w:val="5"/>
  </w:num>
  <w:num w:numId="4" w16cid:durableId="182980666">
    <w:abstractNumId w:val="4"/>
  </w:num>
  <w:num w:numId="5" w16cid:durableId="1760709707">
    <w:abstractNumId w:val="7"/>
  </w:num>
  <w:num w:numId="6" w16cid:durableId="1929844627">
    <w:abstractNumId w:val="3"/>
  </w:num>
  <w:num w:numId="7" w16cid:durableId="1839928053">
    <w:abstractNumId w:val="2"/>
  </w:num>
  <w:num w:numId="8" w16cid:durableId="2099517556">
    <w:abstractNumId w:val="1"/>
  </w:num>
  <w:num w:numId="9" w16cid:durableId="1186677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2BD"/>
    <w:rsid w:val="00034616"/>
    <w:rsid w:val="00057D4A"/>
    <w:rsid w:val="0006063C"/>
    <w:rsid w:val="0015074B"/>
    <w:rsid w:val="002829C4"/>
    <w:rsid w:val="0029639D"/>
    <w:rsid w:val="002A2376"/>
    <w:rsid w:val="002B06C9"/>
    <w:rsid w:val="002E2519"/>
    <w:rsid w:val="00326F90"/>
    <w:rsid w:val="00344BD0"/>
    <w:rsid w:val="0037119B"/>
    <w:rsid w:val="0042012B"/>
    <w:rsid w:val="00492EE2"/>
    <w:rsid w:val="004B116A"/>
    <w:rsid w:val="005C14DA"/>
    <w:rsid w:val="005E0380"/>
    <w:rsid w:val="006130E6"/>
    <w:rsid w:val="006461DC"/>
    <w:rsid w:val="007D469A"/>
    <w:rsid w:val="00834D13"/>
    <w:rsid w:val="00850EB6"/>
    <w:rsid w:val="00851C08"/>
    <w:rsid w:val="00872DEA"/>
    <w:rsid w:val="008802E8"/>
    <w:rsid w:val="00950F72"/>
    <w:rsid w:val="00A031D6"/>
    <w:rsid w:val="00A617B4"/>
    <w:rsid w:val="00A81E62"/>
    <w:rsid w:val="00A82F09"/>
    <w:rsid w:val="00AA1D8D"/>
    <w:rsid w:val="00B338EF"/>
    <w:rsid w:val="00B47730"/>
    <w:rsid w:val="00B50EA7"/>
    <w:rsid w:val="00B95787"/>
    <w:rsid w:val="00C428DF"/>
    <w:rsid w:val="00C70F15"/>
    <w:rsid w:val="00CB0664"/>
    <w:rsid w:val="00D016ED"/>
    <w:rsid w:val="00D5638C"/>
    <w:rsid w:val="00DD1A00"/>
    <w:rsid w:val="00E4576E"/>
    <w:rsid w:val="00E769B5"/>
    <w:rsid w:val="00EA384B"/>
    <w:rsid w:val="00F05CB5"/>
    <w:rsid w:val="00F54D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B2CD5E1"/>
  <w14:defaultImageDpi w14:val="300"/>
  <w15:docId w15:val="{AA693CB9-91B2-4891-933E-41EFB386A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eastAsia="游ゴシック" w:hAnsi="游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Pages>
  <Words>86</Words>
  <Characters>494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米村　美幸</cp:lastModifiedBy>
  <cp:revision>15</cp:revision>
  <cp:lastPrinted>2026-09-29T06:05:00Z</cp:lastPrinted>
  <dcterms:created xsi:type="dcterms:W3CDTF">2013-12-23T23:15:00Z</dcterms:created>
  <dcterms:modified xsi:type="dcterms:W3CDTF">2026-09-29T12:13:00Z</dcterms:modified>
  <cp:category/>
</cp:coreProperties>
</file>